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9433E" w14:textId="77777777" w:rsidR="003662FC" w:rsidRDefault="00000000">
      <w:pPr>
        <w:spacing w:after="20"/>
        <w:jc w:val="center"/>
      </w:pPr>
      <w:r>
        <w:rPr>
          <w:b/>
          <w:sz w:val="23"/>
        </w:rPr>
        <w:t>PHỤ LỤC</w:t>
      </w:r>
    </w:p>
    <w:p w14:paraId="09F5839C" w14:textId="77777777" w:rsidR="003662FC" w:rsidRDefault="00000000">
      <w:pPr>
        <w:spacing w:after="20"/>
        <w:jc w:val="center"/>
      </w:pPr>
      <w:r>
        <w:rPr>
          <w:b/>
          <w:sz w:val="30"/>
        </w:rPr>
        <w:t>BẢNG KÊ CÁC DÒNG HỌ / CHI HỌ TẠI LÀNG PHÚC XÁ - BẮC BIÊN</w:t>
      </w:r>
    </w:p>
    <w:p w14:paraId="2AC6A23C" w14:textId="77777777" w:rsidR="003662FC" w:rsidRDefault="00000000">
      <w:pPr>
        <w:spacing w:after="100"/>
        <w:jc w:val="center"/>
      </w:pPr>
      <w:r>
        <w:rPr>
          <w:i/>
          <w:sz w:val="21"/>
        </w:rPr>
        <w:t>(Tổ dân phố số 34, phường Bồ Đề, thành phố Hà Nội)</w:t>
      </w:r>
    </w:p>
    <w:p w14:paraId="214A91DE" w14:textId="77777777" w:rsidR="003662FC" w:rsidRDefault="00000000">
      <w:pPr>
        <w:spacing w:after="100"/>
        <w:ind w:firstLine="397"/>
        <w:jc w:val="both"/>
      </w:pPr>
      <w:r>
        <w:t>Bảng kê được tổng hợp từ thông tin do đại diện các dòng họ tại Bắc Biên cung cấp, phục vụ hồ sơ rà soát giá trị làng truyền thống. Số đời, niên đại, quy mô con cháu và thông tin người đại diện là số liệu kê khai của từng dòng họ; khi cần thẩm định chuyên sâu sẽ tiếp tục đối chiếu với gia phả, văn bản gốc và xác nhận của đại diện dòng họ.</w:t>
      </w:r>
    </w:p>
    <w:tbl>
      <w:tblPr>
        <w:tblStyle w:val="TableGrid"/>
        <w:tblW w:w="0" w:type="auto"/>
        <w:jc w:val="center"/>
        <w:tblLayout w:type="fixed"/>
        <w:tblLook w:val="04A0" w:firstRow="1" w:lastRow="0" w:firstColumn="1" w:lastColumn="0" w:noHBand="0" w:noVBand="1"/>
      </w:tblPr>
      <w:tblGrid>
        <w:gridCol w:w="567"/>
        <w:gridCol w:w="1871"/>
        <w:gridCol w:w="964"/>
        <w:gridCol w:w="1587"/>
        <w:gridCol w:w="1587"/>
        <w:gridCol w:w="4422"/>
        <w:gridCol w:w="3798"/>
      </w:tblGrid>
      <w:tr w:rsidR="003662FC" w14:paraId="0C00B9F0" w14:textId="77777777">
        <w:trPr>
          <w:tblHeader/>
          <w:jc w:val="center"/>
        </w:trPr>
        <w:tc>
          <w:tcPr>
            <w:tcW w:w="567" w:type="dxa"/>
            <w:shd w:val="clear" w:color="auto" w:fill="D9D9D9"/>
            <w:tcMar>
              <w:top w:w="75" w:type="dxa"/>
              <w:left w:w="60" w:type="dxa"/>
              <w:bottom w:w="75" w:type="dxa"/>
              <w:right w:w="60" w:type="dxa"/>
            </w:tcMar>
            <w:vAlign w:val="center"/>
          </w:tcPr>
          <w:p w14:paraId="44CAC2B9" w14:textId="77777777" w:rsidR="003662FC" w:rsidRDefault="00000000">
            <w:pPr>
              <w:jc w:val="center"/>
            </w:pPr>
            <w:r>
              <w:rPr>
                <w:b/>
                <w:sz w:val="18"/>
              </w:rPr>
              <w:t>STT</w:t>
            </w:r>
          </w:p>
        </w:tc>
        <w:tc>
          <w:tcPr>
            <w:tcW w:w="1871" w:type="dxa"/>
            <w:shd w:val="clear" w:color="auto" w:fill="D9D9D9"/>
            <w:tcMar>
              <w:top w:w="75" w:type="dxa"/>
              <w:left w:w="60" w:type="dxa"/>
              <w:bottom w:w="75" w:type="dxa"/>
              <w:right w:w="60" w:type="dxa"/>
            </w:tcMar>
            <w:vAlign w:val="center"/>
          </w:tcPr>
          <w:p w14:paraId="319CFB37" w14:textId="77777777" w:rsidR="003662FC" w:rsidRDefault="00000000">
            <w:pPr>
              <w:jc w:val="center"/>
            </w:pPr>
            <w:r>
              <w:rPr>
                <w:b/>
                <w:sz w:val="18"/>
              </w:rPr>
              <w:t>Dòng họ / chi họ</w:t>
            </w:r>
          </w:p>
        </w:tc>
        <w:tc>
          <w:tcPr>
            <w:tcW w:w="964" w:type="dxa"/>
            <w:shd w:val="clear" w:color="auto" w:fill="D9D9D9"/>
            <w:tcMar>
              <w:top w:w="75" w:type="dxa"/>
              <w:left w:w="60" w:type="dxa"/>
              <w:bottom w:w="75" w:type="dxa"/>
              <w:right w:w="60" w:type="dxa"/>
            </w:tcMar>
            <w:vAlign w:val="center"/>
          </w:tcPr>
          <w:p w14:paraId="6E5E35CF" w14:textId="77777777" w:rsidR="003662FC" w:rsidRDefault="00000000">
            <w:pPr>
              <w:jc w:val="center"/>
            </w:pPr>
            <w:r>
              <w:rPr>
                <w:b/>
                <w:sz w:val="18"/>
              </w:rPr>
              <w:t>Số đời</w:t>
            </w:r>
          </w:p>
        </w:tc>
        <w:tc>
          <w:tcPr>
            <w:tcW w:w="1587" w:type="dxa"/>
            <w:shd w:val="clear" w:color="auto" w:fill="D9D9D9"/>
            <w:tcMar>
              <w:top w:w="75" w:type="dxa"/>
              <w:left w:w="60" w:type="dxa"/>
              <w:bottom w:w="75" w:type="dxa"/>
              <w:right w:w="60" w:type="dxa"/>
            </w:tcMar>
            <w:vAlign w:val="center"/>
          </w:tcPr>
          <w:p w14:paraId="2F433552" w14:textId="77777777" w:rsidR="003662FC" w:rsidRDefault="00000000">
            <w:pPr>
              <w:jc w:val="center"/>
            </w:pPr>
            <w:r>
              <w:rPr>
                <w:b/>
                <w:sz w:val="18"/>
              </w:rPr>
              <w:t>Niên đại / thời gian</w:t>
            </w:r>
          </w:p>
        </w:tc>
        <w:tc>
          <w:tcPr>
            <w:tcW w:w="1587" w:type="dxa"/>
            <w:shd w:val="clear" w:color="auto" w:fill="D9D9D9"/>
            <w:tcMar>
              <w:top w:w="75" w:type="dxa"/>
              <w:left w:w="60" w:type="dxa"/>
              <w:bottom w:w="75" w:type="dxa"/>
              <w:right w:w="60" w:type="dxa"/>
            </w:tcMar>
            <w:vAlign w:val="center"/>
          </w:tcPr>
          <w:p w14:paraId="40614CA7" w14:textId="77777777" w:rsidR="003662FC" w:rsidRDefault="00000000">
            <w:pPr>
              <w:jc w:val="center"/>
            </w:pPr>
            <w:r>
              <w:rPr>
                <w:b/>
                <w:sz w:val="18"/>
              </w:rPr>
              <w:t>Quy mô con cháu</w:t>
            </w:r>
          </w:p>
        </w:tc>
        <w:tc>
          <w:tcPr>
            <w:tcW w:w="4422" w:type="dxa"/>
            <w:shd w:val="clear" w:color="auto" w:fill="D9D9D9"/>
            <w:tcMar>
              <w:top w:w="75" w:type="dxa"/>
              <w:left w:w="60" w:type="dxa"/>
              <w:bottom w:w="75" w:type="dxa"/>
              <w:right w:w="60" w:type="dxa"/>
            </w:tcMar>
            <w:vAlign w:val="center"/>
          </w:tcPr>
          <w:p w14:paraId="6FC66F8B" w14:textId="77777777" w:rsidR="003662FC" w:rsidRDefault="00000000">
            <w:pPr>
              <w:jc w:val="center"/>
            </w:pPr>
            <w:r>
              <w:rPr>
                <w:b/>
                <w:sz w:val="18"/>
              </w:rPr>
              <w:t>Trưởng họ / đại diện - địa chỉ liên hệ</w:t>
            </w:r>
          </w:p>
        </w:tc>
        <w:tc>
          <w:tcPr>
            <w:tcW w:w="3798" w:type="dxa"/>
            <w:shd w:val="clear" w:color="auto" w:fill="D9D9D9"/>
            <w:tcMar>
              <w:top w:w="75" w:type="dxa"/>
              <w:left w:w="60" w:type="dxa"/>
              <w:bottom w:w="75" w:type="dxa"/>
              <w:right w:w="60" w:type="dxa"/>
            </w:tcMar>
            <w:vAlign w:val="center"/>
          </w:tcPr>
          <w:p w14:paraId="2AB20F46" w14:textId="77777777" w:rsidR="003662FC" w:rsidRDefault="00000000">
            <w:pPr>
              <w:jc w:val="center"/>
            </w:pPr>
            <w:r>
              <w:rPr>
                <w:b/>
                <w:sz w:val="18"/>
              </w:rPr>
              <w:t>Ghi chú / nhân vật tiêu biểu</w:t>
            </w:r>
          </w:p>
        </w:tc>
      </w:tr>
      <w:tr w:rsidR="003662FC" w14:paraId="131581E5" w14:textId="77777777">
        <w:trPr>
          <w:jc w:val="center"/>
        </w:trPr>
        <w:tc>
          <w:tcPr>
            <w:tcW w:w="567" w:type="dxa"/>
            <w:tcMar>
              <w:top w:w="55" w:type="dxa"/>
              <w:left w:w="65" w:type="dxa"/>
              <w:bottom w:w="55" w:type="dxa"/>
              <w:right w:w="65" w:type="dxa"/>
            </w:tcMar>
          </w:tcPr>
          <w:p w14:paraId="12E9E6EF" w14:textId="77777777" w:rsidR="003662FC" w:rsidRDefault="00000000">
            <w:pPr>
              <w:spacing w:line="228" w:lineRule="auto"/>
              <w:jc w:val="center"/>
            </w:pPr>
            <w:r>
              <w:rPr>
                <w:sz w:val="17"/>
              </w:rPr>
              <w:t>1</w:t>
            </w:r>
          </w:p>
        </w:tc>
        <w:tc>
          <w:tcPr>
            <w:tcW w:w="1871" w:type="dxa"/>
            <w:tcMar>
              <w:top w:w="55" w:type="dxa"/>
              <w:left w:w="65" w:type="dxa"/>
              <w:bottom w:w="55" w:type="dxa"/>
              <w:right w:w="65" w:type="dxa"/>
            </w:tcMar>
          </w:tcPr>
          <w:p w14:paraId="324D21E3" w14:textId="77777777" w:rsidR="003662FC" w:rsidRDefault="00000000">
            <w:pPr>
              <w:spacing w:line="228" w:lineRule="auto"/>
            </w:pPr>
            <w:r>
              <w:rPr>
                <w:b/>
                <w:sz w:val="17"/>
              </w:rPr>
              <w:t>Chi họ Ngô Đăng</w:t>
            </w:r>
          </w:p>
        </w:tc>
        <w:tc>
          <w:tcPr>
            <w:tcW w:w="964" w:type="dxa"/>
            <w:tcMar>
              <w:top w:w="55" w:type="dxa"/>
              <w:left w:w="65" w:type="dxa"/>
              <w:bottom w:w="55" w:type="dxa"/>
              <w:right w:w="65" w:type="dxa"/>
            </w:tcMar>
          </w:tcPr>
          <w:p w14:paraId="5419CABE" w14:textId="1B404D2A" w:rsidR="003662FC" w:rsidRDefault="002E5DC8">
            <w:pPr>
              <w:spacing w:line="228" w:lineRule="auto"/>
              <w:jc w:val="center"/>
            </w:pPr>
            <w:r>
              <w:rPr>
                <w:sz w:val="17"/>
              </w:rPr>
              <w:t>8 đời</w:t>
            </w:r>
          </w:p>
        </w:tc>
        <w:tc>
          <w:tcPr>
            <w:tcW w:w="1587" w:type="dxa"/>
            <w:tcMar>
              <w:top w:w="55" w:type="dxa"/>
              <w:left w:w="65" w:type="dxa"/>
              <w:bottom w:w="55" w:type="dxa"/>
              <w:right w:w="65" w:type="dxa"/>
            </w:tcMar>
          </w:tcPr>
          <w:p w14:paraId="7C83CD96" w14:textId="77777777" w:rsidR="003662FC" w:rsidRDefault="00000000">
            <w:pPr>
              <w:spacing w:line="228" w:lineRule="auto"/>
              <w:jc w:val="center"/>
            </w:pPr>
            <w:r>
              <w:rPr>
                <w:sz w:val="17"/>
              </w:rPr>
              <w:t>Từ năm 1740</w:t>
            </w:r>
          </w:p>
        </w:tc>
        <w:tc>
          <w:tcPr>
            <w:tcW w:w="1587" w:type="dxa"/>
            <w:tcMar>
              <w:top w:w="55" w:type="dxa"/>
              <w:left w:w="65" w:type="dxa"/>
              <w:bottom w:w="55" w:type="dxa"/>
              <w:right w:w="65" w:type="dxa"/>
            </w:tcMar>
          </w:tcPr>
          <w:p w14:paraId="6772E947" w14:textId="77777777" w:rsidR="003662FC" w:rsidRDefault="00000000">
            <w:pPr>
              <w:spacing w:line="228" w:lineRule="auto"/>
              <w:jc w:val="center"/>
            </w:pPr>
            <w:r>
              <w:rPr>
                <w:sz w:val="17"/>
              </w:rPr>
              <w:t>Hơn 200 người</w:t>
            </w:r>
          </w:p>
        </w:tc>
        <w:tc>
          <w:tcPr>
            <w:tcW w:w="4422" w:type="dxa"/>
            <w:tcMar>
              <w:top w:w="55" w:type="dxa"/>
              <w:left w:w="65" w:type="dxa"/>
              <w:bottom w:w="55" w:type="dxa"/>
              <w:right w:w="65" w:type="dxa"/>
            </w:tcMar>
          </w:tcPr>
          <w:p w14:paraId="3E6C3750" w14:textId="77777777" w:rsidR="003662FC" w:rsidRDefault="00000000">
            <w:pPr>
              <w:spacing w:line="228" w:lineRule="auto"/>
            </w:pPr>
            <w:r>
              <w:rPr>
                <w:sz w:val="17"/>
              </w:rPr>
              <w:t>Ông Ngô Trọng</w:t>
            </w:r>
            <w:r>
              <w:rPr>
                <w:sz w:val="17"/>
              </w:rPr>
              <w:br/>
              <w:t>357 đường Ngọc Thụy, TDP 34, P. Bồ Đề, Hà Nội</w:t>
            </w:r>
          </w:p>
        </w:tc>
        <w:tc>
          <w:tcPr>
            <w:tcW w:w="3798" w:type="dxa"/>
            <w:tcMar>
              <w:top w:w="55" w:type="dxa"/>
              <w:left w:w="65" w:type="dxa"/>
              <w:bottom w:w="55" w:type="dxa"/>
              <w:right w:w="65" w:type="dxa"/>
            </w:tcMar>
          </w:tcPr>
          <w:p w14:paraId="5892CED4" w14:textId="77777777" w:rsidR="003662FC" w:rsidRDefault="00000000">
            <w:pPr>
              <w:spacing w:line="228" w:lineRule="auto"/>
            </w:pPr>
            <w:r>
              <w:rPr>
                <w:sz w:val="17"/>
              </w:rPr>
              <w:t>Theo kê khai: hiện thờ tự Việt Quốc Công Thái úy Lý Thường Kiệt là cụ tổ.</w:t>
            </w:r>
          </w:p>
        </w:tc>
      </w:tr>
      <w:tr w:rsidR="003662FC" w14:paraId="3D693AFA" w14:textId="77777777">
        <w:trPr>
          <w:jc w:val="center"/>
        </w:trPr>
        <w:tc>
          <w:tcPr>
            <w:tcW w:w="567" w:type="dxa"/>
            <w:shd w:val="clear" w:color="auto" w:fill="F7F7F7"/>
            <w:tcMar>
              <w:top w:w="55" w:type="dxa"/>
              <w:left w:w="65" w:type="dxa"/>
              <w:bottom w:w="55" w:type="dxa"/>
              <w:right w:w="65" w:type="dxa"/>
            </w:tcMar>
          </w:tcPr>
          <w:p w14:paraId="3B24F0BA" w14:textId="77777777" w:rsidR="003662FC" w:rsidRDefault="00000000">
            <w:pPr>
              <w:spacing w:line="228" w:lineRule="auto"/>
              <w:jc w:val="center"/>
            </w:pPr>
            <w:r>
              <w:rPr>
                <w:sz w:val="17"/>
              </w:rPr>
              <w:t>2</w:t>
            </w:r>
          </w:p>
        </w:tc>
        <w:tc>
          <w:tcPr>
            <w:tcW w:w="1871" w:type="dxa"/>
            <w:shd w:val="clear" w:color="auto" w:fill="F7F7F7"/>
            <w:tcMar>
              <w:top w:w="55" w:type="dxa"/>
              <w:left w:w="65" w:type="dxa"/>
              <w:bottom w:w="55" w:type="dxa"/>
              <w:right w:w="65" w:type="dxa"/>
            </w:tcMar>
          </w:tcPr>
          <w:p w14:paraId="1333F4CD" w14:textId="77777777" w:rsidR="003662FC" w:rsidRDefault="00000000">
            <w:pPr>
              <w:spacing w:line="228" w:lineRule="auto"/>
            </w:pPr>
            <w:r>
              <w:rPr>
                <w:b/>
                <w:sz w:val="17"/>
              </w:rPr>
              <w:t>Dòng họ Lê Đăng</w:t>
            </w:r>
          </w:p>
        </w:tc>
        <w:tc>
          <w:tcPr>
            <w:tcW w:w="964" w:type="dxa"/>
            <w:shd w:val="clear" w:color="auto" w:fill="F7F7F7"/>
            <w:tcMar>
              <w:top w:w="55" w:type="dxa"/>
              <w:left w:w="65" w:type="dxa"/>
              <w:bottom w:w="55" w:type="dxa"/>
              <w:right w:w="65" w:type="dxa"/>
            </w:tcMar>
          </w:tcPr>
          <w:p w14:paraId="4B431F29" w14:textId="77777777" w:rsidR="003662FC" w:rsidRDefault="00000000">
            <w:pPr>
              <w:spacing w:line="228" w:lineRule="auto"/>
              <w:jc w:val="center"/>
            </w:pPr>
            <w:r>
              <w:rPr>
                <w:sz w:val="17"/>
              </w:rPr>
              <w:t>15 đời</w:t>
            </w:r>
          </w:p>
        </w:tc>
        <w:tc>
          <w:tcPr>
            <w:tcW w:w="1587" w:type="dxa"/>
            <w:shd w:val="clear" w:color="auto" w:fill="F7F7F7"/>
            <w:tcMar>
              <w:top w:w="55" w:type="dxa"/>
              <w:left w:w="65" w:type="dxa"/>
              <w:bottom w:w="55" w:type="dxa"/>
              <w:right w:w="65" w:type="dxa"/>
            </w:tcMar>
          </w:tcPr>
          <w:p w14:paraId="690F34B2" w14:textId="77777777" w:rsidR="003662FC" w:rsidRDefault="00000000">
            <w:pPr>
              <w:spacing w:line="228" w:lineRule="auto"/>
              <w:jc w:val="center"/>
            </w:pPr>
            <w:r>
              <w:rPr>
                <w:sz w:val="17"/>
              </w:rPr>
              <w:t>Khoảng hơn 300 năm</w:t>
            </w:r>
          </w:p>
        </w:tc>
        <w:tc>
          <w:tcPr>
            <w:tcW w:w="1587" w:type="dxa"/>
            <w:shd w:val="clear" w:color="auto" w:fill="F7F7F7"/>
            <w:tcMar>
              <w:top w:w="55" w:type="dxa"/>
              <w:left w:w="65" w:type="dxa"/>
              <w:bottom w:w="55" w:type="dxa"/>
              <w:right w:w="65" w:type="dxa"/>
            </w:tcMar>
          </w:tcPr>
          <w:p w14:paraId="0765717A" w14:textId="77777777" w:rsidR="003662FC" w:rsidRDefault="00000000">
            <w:pPr>
              <w:spacing w:line="228" w:lineRule="auto"/>
              <w:jc w:val="center"/>
            </w:pPr>
            <w:r>
              <w:rPr>
                <w:sz w:val="17"/>
              </w:rPr>
              <w:t>Hơn 500 người</w:t>
            </w:r>
          </w:p>
        </w:tc>
        <w:tc>
          <w:tcPr>
            <w:tcW w:w="4422" w:type="dxa"/>
            <w:shd w:val="clear" w:color="auto" w:fill="F7F7F7"/>
            <w:tcMar>
              <w:top w:w="55" w:type="dxa"/>
              <w:left w:w="65" w:type="dxa"/>
              <w:bottom w:w="55" w:type="dxa"/>
              <w:right w:w="65" w:type="dxa"/>
            </w:tcMar>
          </w:tcPr>
          <w:p w14:paraId="59BEFC82" w14:textId="77777777" w:rsidR="003662FC" w:rsidRDefault="00000000">
            <w:pPr>
              <w:spacing w:line="228" w:lineRule="auto"/>
            </w:pPr>
            <w:r>
              <w:rPr>
                <w:sz w:val="17"/>
              </w:rPr>
              <w:t>Ông Lê Đăng Nghị</w:t>
            </w:r>
            <w:r>
              <w:rPr>
                <w:sz w:val="17"/>
              </w:rPr>
              <w:br/>
              <w:t>9, ngách 305/24 Ngọc Thụy, TDP 34, P. Bồ Đề, Hà Nội</w:t>
            </w:r>
          </w:p>
        </w:tc>
        <w:tc>
          <w:tcPr>
            <w:tcW w:w="3798" w:type="dxa"/>
            <w:shd w:val="clear" w:color="auto" w:fill="F7F7F7"/>
            <w:tcMar>
              <w:top w:w="55" w:type="dxa"/>
              <w:left w:w="65" w:type="dxa"/>
              <w:bottom w:w="55" w:type="dxa"/>
              <w:right w:w="65" w:type="dxa"/>
            </w:tcMar>
          </w:tcPr>
          <w:p w14:paraId="0EE9E0FE" w14:textId="77777777" w:rsidR="003662FC" w:rsidRDefault="003662FC">
            <w:pPr>
              <w:spacing w:line="228" w:lineRule="auto"/>
            </w:pPr>
          </w:p>
        </w:tc>
      </w:tr>
      <w:tr w:rsidR="003662FC" w14:paraId="71928580" w14:textId="77777777">
        <w:trPr>
          <w:jc w:val="center"/>
        </w:trPr>
        <w:tc>
          <w:tcPr>
            <w:tcW w:w="567" w:type="dxa"/>
            <w:tcMar>
              <w:top w:w="55" w:type="dxa"/>
              <w:left w:w="65" w:type="dxa"/>
              <w:bottom w:w="55" w:type="dxa"/>
              <w:right w:w="65" w:type="dxa"/>
            </w:tcMar>
          </w:tcPr>
          <w:p w14:paraId="09086656" w14:textId="77777777" w:rsidR="003662FC" w:rsidRDefault="00000000">
            <w:pPr>
              <w:spacing w:line="228" w:lineRule="auto"/>
              <w:jc w:val="center"/>
            </w:pPr>
            <w:r>
              <w:rPr>
                <w:sz w:val="17"/>
              </w:rPr>
              <w:t>3</w:t>
            </w:r>
          </w:p>
        </w:tc>
        <w:tc>
          <w:tcPr>
            <w:tcW w:w="1871" w:type="dxa"/>
            <w:tcMar>
              <w:top w:w="55" w:type="dxa"/>
              <w:left w:w="65" w:type="dxa"/>
              <w:bottom w:w="55" w:type="dxa"/>
              <w:right w:w="65" w:type="dxa"/>
            </w:tcMar>
          </w:tcPr>
          <w:p w14:paraId="224A98BB" w14:textId="77777777" w:rsidR="003662FC" w:rsidRDefault="00000000">
            <w:pPr>
              <w:spacing w:line="228" w:lineRule="auto"/>
            </w:pPr>
            <w:r>
              <w:rPr>
                <w:b/>
                <w:sz w:val="17"/>
              </w:rPr>
              <w:t>Dòng họ Nguyễn Ngọc</w:t>
            </w:r>
          </w:p>
        </w:tc>
        <w:tc>
          <w:tcPr>
            <w:tcW w:w="964" w:type="dxa"/>
            <w:tcMar>
              <w:top w:w="55" w:type="dxa"/>
              <w:left w:w="65" w:type="dxa"/>
              <w:bottom w:w="55" w:type="dxa"/>
              <w:right w:w="65" w:type="dxa"/>
            </w:tcMar>
          </w:tcPr>
          <w:p w14:paraId="22D20D36" w14:textId="77777777" w:rsidR="003662FC" w:rsidRDefault="00000000">
            <w:pPr>
              <w:spacing w:line="228" w:lineRule="auto"/>
              <w:jc w:val="center"/>
            </w:pPr>
            <w:r>
              <w:rPr>
                <w:sz w:val="17"/>
              </w:rPr>
              <w:t>14 đời</w:t>
            </w:r>
          </w:p>
        </w:tc>
        <w:tc>
          <w:tcPr>
            <w:tcW w:w="1587" w:type="dxa"/>
            <w:tcMar>
              <w:top w:w="55" w:type="dxa"/>
              <w:left w:w="65" w:type="dxa"/>
              <w:bottom w:w="55" w:type="dxa"/>
              <w:right w:w="65" w:type="dxa"/>
            </w:tcMar>
          </w:tcPr>
          <w:p w14:paraId="6F518AD5" w14:textId="77777777" w:rsidR="003662FC" w:rsidRDefault="00000000">
            <w:pPr>
              <w:spacing w:line="228" w:lineRule="auto"/>
              <w:jc w:val="center"/>
            </w:pPr>
            <w:r>
              <w:rPr>
                <w:sz w:val="17"/>
              </w:rPr>
              <w:t>Thế kỷ XVII</w:t>
            </w:r>
            <w:r>
              <w:rPr>
                <w:sz w:val="17"/>
              </w:rPr>
              <w:br/>
              <w:t>(theo kê khai)</w:t>
            </w:r>
          </w:p>
        </w:tc>
        <w:tc>
          <w:tcPr>
            <w:tcW w:w="1587" w:type="dxa"/>
            <w:tcMar>
              <w:top w:w="55" w:type="dxa"/>
              <w:left w:w="65" w:type="dxa"/>
              <w:bottom w:w="55" w:type="dxa"/>
              <w:right w:w="65" w:type="dxa"/>
            </w:tcMar>
          </w:tcPr>
          <w:p w14:paraId="264812C1" w14:textId="77777777" w:rsidR="003662FC" w:rsidRDefault="00000000">
            <w:pPr>
              <w:spacing w:line="228" w:lineRule="auto"/>
              <w:jc w:val="center"/>
            </w:pPr>
            <w:r>
              <w:rPr>
                <w:sz w:val="17"/>
              </w:rPr>
              <w:t>Hơn 400 người</w:t>
            </w:r>
          </w:p>
        </w:tc>
        <w:tc>
          <w:tcPr>
            <w:tcW w:w="4422" w:type="dxa"/>
            <w:tcMar>
              <w:top w:w="55" w:type="dxa"/>
              <w:left w:w="65" w:type="dxa"/>
              <w:bottom w:w="55" w:type="dxa"/>
              <w:right w:w="65" w:type="dxa"/>
            </w:tcMar>
          </w:tcPr>
          <w:p w14:paraId="360435E1" w14:textId="77777777" w:rsidR="003662FC" w:rsidRDefault="00000000">
            <w:pPr>
              <w:spacing w:line="228" w:lineRule="auto"/>
            </w:pPr>
            <w:r>
              <w:rPr>
                <w:sz w:val="17"/>
              </w:rPr>
              <w:t>Ông Nguyễn Ngọc Thi</w:t>
            </w:r>
            <w:r>
              <w:rPr>
                <w:sz w:val="17"/>
              </w:rPr>
              <w:br/>
              <w:t>2, ngách 293/37 Ngọc Thụy, TDP 34, P. Bồ Đề, Hà Nội</w:t>
            </w:r>
          </w:p>
        </w:tc>
        <w:tc>
          <w:tcPr>
            <w:tcW w:w="3798" w:type="dxa"/>
            <w:tcMar>
              <w:top w:w="55" w:type="dxa"/>
              <w:left w:w="65" w:type="dxa"/>
              <w:bottom w:w="55" w:type="dxa"/>
              <w:right w:w="65" w:type="dxa"/>
            </w:tcMar>
          </w:tcPr>
          <w:p w14:paraId="5A93C251" w14:textId="77777777" w:rsidR="003662FC" w:rsidRDefault="00000000">
            <w:pPr>
              <w:spacing w:line="228" w:lineRule="auto"/>
            </w:pPr>
            <w:r>
              <w:rPr>
                <w:sz w:val="17"/>
              </w:rPr>
              <w:t>Nhân vật tiêu biểu: Anh hùng lực lượng vũ trang Nguyễn Ngọc Nại.</w:t>
            </w:r>
          </w:p>
        </w:tc>
      </w:tr>
      <w:tr w:rsidR="003662FC" w14:paraId="3AAC03FB" w14:textId="77777777">
        <w:trPr>
          <w:jc w:val="center"/>
        </w:trPr>
        <w:tc>
          <w:tcPr>
            <w:tcW w:w="567" w:type="dxa"/>
            <w:shd w:val="clear" w:color="auto" w:fill="F7F7F7"/>
            <w:tcMar>
              <w:top w:w="55" w:type="dxa"/>
              <w:left w:w="65" w:type="dxa"/>
              <w:bottom w:w="55" w:type="dxa"/>
              <w:right w:w="65" w:type="dxa"/>
            </w:tcMar>
          </w:tcPr>
          <w:p w14:paraId="1D1864CE" w14:textId="77777777" w:rsidR="003662FC" w:rsidRDefault="00000000">
            <w:pPr>
              <w:spacing w:line="228" w:lineRule="auto"/>
              <w:jc w:val="center"/>
            </w:pPr>
            <w:r>
              <w:rPr>
                <w:sz w:val="17"/>
              </w:rPr>
              <w:t>4</w:t>
            </w:r>
          </w:p>
        </w:tc>
        <w:tc>
          <w:tcPr>
            <w:tcW w:w="1871" w:type="dxa"/>
            <w:shd w:val="clear" w:color="auto" w:fill="F7F7F7"/>
            <w:tcMar>
              <w:top w:w="55" w:type="dxa"/>
              <w:left w:w="65" w:type="dxa"/>
              <w:bottom w:w="55" w:type="dxa"/>
              <w:right w:w="65" w:type="dxa"/>
            </w:tcMar>
          </w:tcPr>
          <w:p w14:paraId="4BDFFC7D" w14:textId="77777777" w:rsidR="003662FC" w:rsidRDefault="00000000">
            <w:pPr>
              <w:spacing w:line="228" w:lineRule="auto"/>
            </w:pPr>
            <w:r>
              <w:rPr>
                <w:b/>
                <w:sz w:val="17"/>
              </w:rPr>
              <w:t>Dòng họ Nguyễn Như</w:t>
            </w:r>
          </w:p>
        </w:tc>
        <w:tc>
          <w:tcPr>
            <w:tcW w:w="964" w:type="dxa"/>
            <w:shd w:val="clear" w:color="auto" w:fill="F7F7F7"/>
            <w:tcMar>
              <w:top w:w="55" w:type="dxa"/>
              <w:left w:w="65" w:type="dxa"/>
              <w:bottom w:w="55" w:type="dxa"/>
              <w:right w:w="65" w:type="dxa"/>
            </w:tcMar>
          </w:tcPr>
          <w:p w14:paraId="6AE63674" w14:textId="77777777" w:rsidR="003662FC" w:rsidRDefault="00000000">
            <w:pPr>
              <w:spacing w:line="228" w:lineRule="auto"/>
              <w:jc w:val="center"/>
            </w:pPr>
            <w:r>
              <w:rPr>
                <w:sz w:val="17"/>
              </w:rPr>
              <w:t>14 đời</w:t>
            </w:r>
          </w:p>
        </w:tc>
        <w:tc>
          <w:tcPr>
            <w:tcW w:w="1587" w:type="dxa"/>
            <w:shd w:val="clear" w:color="auto" w:fill="F7F7F7"/>
            <w:tcMar>
              <w:top w:w="55" w:type="dxa"/>
              <w:left w:w="65" w:type="dxa"/>
              <w:bottom w:w="55" w:type="dxa"/>
              <w:right w:w="65" w:type="dxa"/>
            </w:tcMar>
          </w:tcPr>
          <w:p w14:paraId="1CC3E153" w14:textId="77777777" w:rsidR="003662FC" w:rsidRDefault="00000000">
            <w:pPr>
              <w:spacing w:line="228" w:lineRule="auto"/>
              <w:jc w:val="center"/>
            </w:pPr>
            <w:r>
              <w:rPr>
                <w:sz w:val="17"/>
              </w:rPr>
              <w:t>Khoảng 285 năm</w:t>
            </w:r>
          </w:p>
        </w:tc>
        <w:tc>
          <w:tcPr>
            <w:tcW w:w="1587" w:type="dxa"/>
            <w:shd w:val="clear" w:color="auto" w:fill="F7F7F7"/>
            <w:tcMar>
              <w:top w:w="55" w:type="dxa"/>
              <w:left w:w="65" w:type="dxa"/>
              <w:bottom w:w="55" w:type="dxa"/>
              <w:right w:w="65" w:type="dxa"/>
            </w:tcMar>
          </w:tcPr>
          <w:p w14:paraId="21A7F742" w14:textId="77777777" w:rsidR="003662FC" w:rsidRDefault="00000000">
            <w:pPr>
              <w:spacing w:line="228" w:lineRule="auto"/>
              <w:jc w:val="center"/>
            </w:pPr>
            <w:r>
              <w:rPr>
                <w:sz w:val="17"/>
              </w:rPr>
              <w:t>Khoảng 400 con cháu</w:t>
            </w:r>
          </w:p>
        </w:tc>
        <w:tc>
          <w:tcPr>
            <w:tcW w:w="4422" w:type="dxa"/>
            <w:shd w:val="clear" w:color="auto" w:fill="F7F7F7"/>
            <w:tcMar>
              <w:top w:w="55" w:type="dxa"/>
              <w:left w:w="65" w:type="dxa"/>
              <w:bottom w:w="55" w:type="dxa"/>
              <w:right w:w="65" w:type="dxa"/>
            </w:tcMar>
          </w:tcPr>
          <w:p w14:paraId="43C56B1B" w14:textId="77777777" w:rsidR="003662FC" w:rsidRDefault="00000000">
            <w:pPr>
              <w:spacing w:line="228" w:lineRule="auto"/>
            </w:pPr>
            <w:r>
              <w:rPr>
                <w:sz w:val="17"/>
              </w:rPr>
              <w:t>Ông Nguyễn Như Trọng</w:t>
            </w:r>
            <w:r>
              <w:rPr>
                <w:sz w:val="17"/>
              </w:rPr>
              <w:br/>
              <w:t>6, ngõ 285 Ngọc Thụy, TDP 34, P. Bồ Đề, Hà Nội</w:t>
            </w:r>
          </w:p>
        </w:tc>
        <w:tc>
          <w:tcPr>
            <w:tcW w:w="3798" w:type="dxa"/>
            <w:shd w:val="clear" w:color="auto" w:fill="F7F7F7"/>
            <w:tcMar>
              <w:top w:w="55" w:type="dxa"/>
              <w:left w:w="65" w:type="dxa"/>
              <w:bottom w:w="55" w:type="dxa"/>
              <w:right w:w="65" w:type="dxa"/>
            </w:tcMar>
          </w:tcPr>
          <w:p w14:paraId="07AAB345" w14:textId="77777777" w:rsidR="003662FC" w:rsidRDefault="003662FC">
            <w:pPr>
              <w:spacing w:line="228" w:lineRule="auto"/>
            </w:pPr>
          </w:p>
        </w:tc>
      </w:tr>
      <w:tr w:rsidR="003662FC" w14:paraId="37B39B70" w14:textId="77777777">
        <w:trPr>
          <w:jc w:val="center"/>
        </w:trPr>
        <w:tc>
          <w:tcPr>
            <w:tcW w:w="567" w:type="dxa"/>
            <w:tcMar>
              <w:top w:w="55" w:type="dxa"/>
              <w:left w:w="65" w:type="dxa"/>
              <w:bottom w:w="55" w:type="dxa"/>
              <w:right w:w="65" w:type="dxa"/>
            </w:tcMar>
          </w:tcPr>
          <w:p w14:paraId="74218A93" w14:textId="77777777" w:rsidR="003662FC" w:rsidRDefault="00000000">
            <w:pPr>
              <w:spacing w:line="228" w:lineRule="auto"/>
              <w:jc w:val="center"/>
            </w:pPr>
            <w:r>
              <w:rPr>
                <w:sz w:val="17"/>
              </w:rPr>
              <w:t>5</w:t>
            </w:r>
          </w:p>
        </w:tc>
        <w:tc>
          <w:tcPr>
            <w:tcW w:w="1871" w:type="dxa"/>
            <w:tcMar>
              <w:top w:w="55" w:type="dxa"/>
              <w:left w:w="65" w:type="dxa"/>
              <w:bottom w:w="55" w:type="dxa"/>
              <w:right w:w="65" w:type="dxa"/>
            </w:tcMar>
          </w:tcPr>
          <w:p w14:paraId="45CE13CD" w14:textId="77777777" w:rsidR="003662FC" w:rsidRDefault="00000000">
            <w:pPr>
              <w:spacing w:line="228" w:lineRule="auto"/>
            </w:pPr>
            <w:r>
              <w:rPr>
                <w:b/>
                <w:sz w:val="17"/>
              </w:rPr>
              <w:t>Dòng họ Nguyễn Văn - Chi 1</w:t>
            </w:r>
          </w:p>
        </w:tc>
        <w:tc>
          <w:tcPr>
            <w:tcW w:w="964" w:type="dxa"/>
            <w:tcMar>
              <w:top w:w="55" w:type="dxa"/>
              <w:left w:w="65" w:type="dxa"/>
              <w:bottom w:w="55" w:type="dxa"/>
              <w:right w:w="65" w:type="dxa"/>
            </w:tcMar>
          </w:tcPr>
          <w:p w14:paraId="0DDA769E" w14:textId="77777777" w:rsidR="003662FC" w:rsidRDefault="00000000">
            <w:pPr>
              <w:spacing w:line="228" w:lineRule="auto"/>
              <w:jc w:val="center"/>
            </w:pPr>
            <w:r>
              <w:rPr>
                <w:sz w:val="17"/>
              </w:rPr>
              <w:t>14 đời</w:t>
            </w:r>
          </w:p>
        </w:tc>
        <w:tc>
          <w:tcPr>
            <w:tcW w:w="1587" w:type="dxa"/>
            <w:tcMar>
              <w:top w:w="55" w:type="dxa"/>
              <w:left w:w="65" w:type="dxa"/>
              <w:bottom w:w="55" w:type="dxa"/>
              <w:right w:w="65" w:type="dxa"/>
            </w:tcMar>
          </w:tcPr>
          <w:p w14:paraId="11054865" w14:textId="77777777" w:rsidR="003662FC" w:rsidRDefault="00000000">
            <w:pPr>
              <w:spacing w:line="228" w:lineRule="auto"/>
              <w:jc w:val="center"/>
            </w:pPr>
            <w:r>
              <w:rPr>
                <w:sz w:val="17"/>
              </w:rPr>
              <w:t>Chưa ghi</w:t>
            </w:r>
          </w:p>
        </w:tc>
        <w:tc>
          <w:tcPr>
            <w:tcW w:w="1587" w:type="dxa"/>
            <w:tcMar>
              <w:top w:w="55" w:type="dxa"/>
              <w:left w:w="65" w:type="dxa"/>
              <w:bottom w:w="55" w:type="dxa"/>
              <w:right w:w="65" w:type="dxa"/>
            </w:tcMar>
          </w:tcPr>
          <w:p w14:paraId="12B6F8A0" w14:textId="77777777" w:rsidR="003662FC" w:rsidRDefault="00000000">
            <w:pPr>
              <w:spacing w:line="228" w:lineRule="auto"/>
              <w:jc w:val="center"/>
            </w:pPr>
            <w:r>
              <w:rPr>
                <w:sz w:val="17"/>
              </w:rPr>
              <w:t>Chưa ghi</w:t>
            </w:r>
          </w:p>
        </w:tc>
        <w:tc>
          <w:tcPr>
            <w:tcW w:w="4422" w:type="dxa"/>
            <w:tcMar>
              <w:top w:w="55" w:type="dxa"/>
              <w:left w:w="65" w:type="dxa"/>
              <w:bottom w:w="55" w:type="dxa"/>
              <w:right w:w="65" w:type="dxa"/>
            </w:tcMar>
          </w:tcPr>
          <w:p w14:paraId="106CD2DE" w14:textId="77777777" w:rsidR="003662FC" w:rsidRDefault="00000000">
            <w:pPr>
              <w:spacing w:line="228" w:lineRule="auto"/>
            </w:pPr>
            <w:r>
              <w:rPr>
                <w:sz w:val="17"/>
              </w:rPr>
              <w:t>Ông Nguyễn Văn Tuấn</w:t>
            </w:r>
            <w:r>
              <w:rPr>
                <w:sz w:val="17"/>
              </w:rPr>
              <w:br/>
              <w:t>9, ngõ 293 Ngọc Thụy, TDP 34, P. Bồ Đề, Hà Nội</w:t>
            </w:r>
          </w:p>
        </w:tc>
        <w:tc>
          <w:tcPr>
            <w:tcW w:w="3798" w:type="dxa"/>
            <w:tcMar>
              <w:top w:w="55" w:type="dxa"/>
              <w:left w:w="65" w:type="dxa"/>
              <w:bottom w:w="55" w:type="dxa"/>
              <w:right w:w="65" w:type="dxa"/>
            </w:tcMar>
          </w:tcPr>
          <w:p w14:paraId="39E23FBA" w14:textId="77777777" w:rsidR="003662FC" w:rsidRDefault="003662FC">
            <w:pPr>
              <w:spacing w:line="228" w:lineRule="auto"/>
            </w:pPr>
          </w:p>
        </w:tc>
      </w:tr>
      <w:tr w:rsidR="003662FC" w14:paraId="55639602" w14:textId="77777777">
        <w:trPr>
          <w:jc w:val="center"/>
        </w:trPr>
        <w:tc>
          <w:tcPr>
            <w:tcW w:w="567" w:type="dxa"/>
            <w:shd w:val="clear" w:color="auto" w:fill="F7F7F7"/>
            <w:tcMar>
              <w:top w:w="55" w:type="dxa"/>
              <w:left w:w="65" w:type="dxa"/>
              <w:bottom w:w="55" w:type="dxa"/>
              <w:right w:w="65" w:type="dxa"/>
            </w:tcMar>
          </w:tcPr>
          <w:p w14:paraId="005EDB80" w14:textId="77777777" w:rsidR="003662FC" w:rsidRDefault="00000000">
            <w:pPr>
              <w:spacing w:line="228" w:lineRule="auto"/>
              <w:jc w:val="center"/>
            </w:pPr>
            <w:r>
              <w:rPr>
                <w:sz w:val="17"/>
              </w:rPr>
              <w:t>6</w:t>
            </w:r>
          </w:p>
        </w:tc>
        <w:tc>
          <w:tcPr>
            <w:tcW w:w="1871" w:type="dxa"/>
            <w:shd w:val="clear" w:color="auto" w:fill="F7F7F7"/>
            <w:tcMar>
              <w:top w:w="55" w:type="dxa"/>
              <w:left w:w="65" w:type="dxa"/>
              <w:bottom w:w="55" w:type="dxa"/>
              <w:right w:w="65" w:type="dxa"/>
            </w:tcMar>
          </w:tcPr>
          <w:p w14:paraId="52177FBC" w14:textId="77777777" w:rsidR="003662FC" w:rsidRDefault="00000000">
            <w:pPr>
              <w:spacing w:line="228" w:lineRule="auto"/>
            </w:pPr>
            <w:r>
              <w:rPr>
                <w:b/>
                <w:sz w:val="17"/>
              </w:rPr>
              <w:t>Dòng họ Nguyễn Văn - Chi 2</w:t>
            </w:r>
          </w:p>
        </w:tc>
        <w:tc>
          <w:tcPr>
            <w:tcW w:w="964" w:type="dxa"/>
            <w:shd w:val="clear" w:color="auto" w:fill="F7F7F7"/>
            <w:tcMar>
              <w:top w:w="55" w:type="dxa"/>
              <w:left w:w="65" w:type="dxa"/>
              <w:bottom w:w="55" w:type="dxa"/>
              <w:right w:w="65" w:type="dxa"/>
            </w:tcMar>
          </w:tcPr>
          <w:p w14:paraId="6A8C3F04" w14:textId="77777777" w:rsidR="003662FC" w:rsidRDefault="00000000">
            <w:pPr>
              <w:spacing w:line="228" w:lineRule="auto"/>
              <w:jc w:val="center"/>
            </w:pPr>
            <w:r>
              <w:rPr>
                <w:sz w:val="17"/>
              </w:rPr>
              <w:t>6 đời</w:t>
            </w:r>
          </w:p>
        </w:tc>
        <w:tc>
          <w:tcPr>
            <w:tcW w:w="1587" w:type="dxa"/>
            <w:shd w:val="clear" w:color="auto" w:fill="F7F7F7"/>
            <w:tcMar>
              <w:top w:w="55" w:type="dxa"/>
              <w:left w:w="65" w:type="dxa"/>
              <w:bottom w:w="55" w:type="dxa"/>
              <w:right w:w="65" w:type="dxa"/>
            </w:tcMar>
          </w:tcPr>
          <w:p w14:paraId="215A5E03" w14:textId="77777777" w:rsidR="003662FC" w:rsidRDefault="00000000">
            <w:pPr>
              <w:spacing w:line="228" w:lineRule="auto"/>
              <w:jc w:val="center"/>
            </w:pPr>
            <w:r>
              <w:rPr>
                <w:sz w:val="17"/>
              </w:rPr>
              <w:t>Khoảng 145 năm</w:t>
            </w:r>
          </w:p>
        </w:tc>
        <w:tc>
          <w:tcPr>
            <w:tcW w:w="1587" w:type="dxa"/>
            <w:shd w:val="clear" w:color="auto" w:fill="F7F7F7"/>
            <w:tcMar>
              <w:top w:w="55" w:type="dxa"/>
              <w:left w:w="65" w:type="dxa"/>
              <w:bottom w:w="55" w:type="dxa"/>
              <w:right w:w="65" w:type="dxa"/>
            </w:tcMar>
          </w:tcPr>
          <w:p w14:paraId="22D55F99" w14:textId="77777777" w:rsidR="003662FC" w:rsidRDefault="00000000">
            <w:pPr>
              <w:spacing w:line="228" w:lineRule="auto"/>
              <w:jc w:val="center"/>
            </w:pPr>
            <w:r>
              <w:rPr>
                <w:sz w:val="17"/>
              </w:rPr>
              <w:t>Khoảng 500 con cháu</w:t>
            </w:r>
          </w:p>
        </w:tc>
        <w:tc>
          <w:tcPr>
            <w:tcW w:w="4422" w:type="dxa"/>
            <w:shd w:val="clear" w:color="auto" w:fill="F7F7F7"/>
            <w:tcMar>
              <w:top w:w="55" w:type="dxa"/>
              <w:left w:w="65" w:type="dxa"/>
              <w:bottom w:w="55" w:type="dxa"/>
              <w:right w:w="65" w:type="dxa"/>
            </w:tcMar>
          </w:tcPr>
          <w:p w14:paraId="6EC1477F" w14:textId="77777777" w:rsidR="003662FC" w:rsidRDefault="00000000">
            <w:pPr>
              <w:spacing w:line="228" w:lineRule="auto"/>
            </w:pPr>
            <w:r>
              <w:rPr>
                <w:sz w:val="17"/>
              </w:rPr>
              <w:t>Ông Nguyễn Văn Hợp</w:t>
            </w:r>
            <w:r>
              <w:rPr>
                <w:sz w:val="17"/>
              </w:rPr>
              <w:br/>
              <w:t>14, ngách 305/8 Ngọc Thụy, TDP 34, P. Bồ Đề, Hà Nội</w:t>
            </w:r>
          </w:p>
        </w:tc>
        <w:tc>
          <w:tcPr>
            <w:tcW w:w="3798" w:type="dxa"/>
            <w:shd w:val="clear" w:color="auto" w:fill="F7F7F7"/>
            <w:tcMar>
              <w:top w:w="55" w:type="dxa"/>
              <w:left w:w="65" w:type="dxa"/>
              <w:bottom w:w="55" w:type="dxa"/>
              <w:right w:w="65" w:type="dxa"/>
            </w:tcMar>
          </w:tcPr>
          <w:p w14:paraId="07E0C7F4" w14:textId="77777777" w:rsidR="003662FC" w:rsidRDefault="003662FC">
            <w:pPr>
              <w:spacing w:line="228" w:lineRule="auto"/>
            </w:pPr>
          </w:p>
        </w:tc>
      </w:tr>
    </w:tbl>
    <w:p w14:paraId="687EB7AC" w14:textId="77777777" w:rsidR="003662FC" w:rsidRDefault="00000000">
      <w:r>
        <w:br w:type="page"/>
      </w:r>
    </w:p>
    <w:p w14:paraId="60591F5E" w14:textId="77777777" w:rsidR="003662FC" w:rsidRDefault="00000000">
      <w:pPr>
        <w:spacing w:after="100"/>
        <w:jc w:val="center"/>
      </w:pPr>
      <w:r>
        <w:rPr>
          <w:b/>
          <w:sz w:val="26"/>
        </w:rPr>
        <w:lastRenderedPageBreak/>
        <w:t>BẢNG KÊ CÁC DÒNG HỌ / CHI HỌ TẠI LÀNG PHÚC XÁ - BẮC BIÊN (tiếp theo)</w:t>
      </w:r>
    </w:p>
    <w:tbl>
      <w:tblPr>
        <w:tblStyle w:val="TableGrid"/>
        <w:tblW w:w="0" w:type="auto"/>
        <w:jc w:val="center"/>
        <w:tblLayout w:type="fixed"/>
        <w:tblLook w:val="04A0" w:firstRow="1" w:lastRow="0" w:firstColumn="1" w:lastColumn="0" w:noHBand="0" w:noVBand="1"/>
      </w:tblPr>
      <w:tblGrid>
        <w:gridCol w:w="567"/>
        <w:gridCol w:w="1871"/>
        <w:gridCol w:w="964"/>
        <w:gridCol w:w="1587"/>
        <w:gridCol w:w="1587"/>
        <w:gridCol w:w="4422"/>
        <w:gridCol w:w="3798"/>
      </w:tblGrid>
      <w:tr w:rsidR="003662FC" w14:paraId="68E2C4E8" w14:textId="77777777">
        <w:trPr>
          <w:tblHeader/>
          <w:jc w:val="center"/>
        </w:trPr>
        <w:tc>
          <w:tcPr>
            <w:tcW w:w="567" w:type="dxa"/>
            <w:shd w:val="clear" w:color="auto" w:fill="D9D9D9"/>
            <w:tcMar>
              <w:top w:w="75" w:type="dxa"/>
              <w:left w:w="60" w:type="dxa"/>
              <w:bottom w:w="75" w:type="dxa"/>
              <w:right w:w="60" w:type="dxa"/>
            </w:tcMar>
            <w:vAlign w:val="center"/>
          </w:tcPr>
          <w:p w14:paraId="561549D7" w14:textId="77777777" w:rsidR="003662FC" w:rsidRDefault="00000000">
            <w:pPr>
              <w:jc w:val="center"/>
            </w:pPr>
            <w:r>
              <w:rPr>
                <w:b/>
                <w:sz w:val="18"/>
              </w:rPr>
              <w:t>STT</w:t>
            </w:r>
          </w:p>
        </w:tc>
        <w:tc>
          <w:tcPr>
            <w:tcW w:w="1871" w:type="dxa"/>
            <w:shd w:val="clear" w:color="auto" w:fill="D9D9D9"/>
            <w:tcMar>
              <w:top w:w="75" w:type="dxa"/>
              <w:left w:w="60" w:type="dxa"/>
              <w:bottom w:w="75" w:type="dxa"/>
              <w:right w:w="60" w:type="dxa"/>
            </w:tcMar>
            <w:vAlign w:val="center"/>
          </w:tcPr>
          <w:p w14:paraId="09BE9E24" w14:textId="77777777" w:rsidR="003662FC" w:rsidRDefault="00000000">
            <w:pPr>
              <w:jc w:val="center"/>
            </w:pPr>
            <w:r>
              <w:rPr>
                <w:b/>
                <w:sz w:val="18"/>
              </w:rPr>
              <w:t>Dòng họ / chi họ</w:t>
            </w:r>
          </w:p>
        </w:tc>
        <w:tc>
          <w:tcPr>
            <w:tcW w:w="964" w:type="dxa"/>
            <w:shd w:val="clear" w:color="auto" w:fill="D9D9D9"/>
            <w:tcMar>
              <w:top w:w="75" w:type="dxa"/>
              <w:left w:w="60" w:type="dxa"/>
              <w:bottom w:w="75" w:type="dxa"/>
              <w:right w:w="60" w:type="dxa"/>
            </w:tcMar>
            <w:vAlign w:val="center"/>
          </w:tcPr>
          <w:p w14:paraId="70C5872B" w14:textId="77777777" w:rsidR="003662FC" w:rsidRDefault="00000000">
            <w:pPr>
              <w:jc w:val="center"/>
            </w:pPr>
            <w:r>
              <w:rPr>
                <w:b/>
                <w:sz w:val="18"/>
              </w:rPr>
              <w:t>Số đời</w:t>
            </w:r>
          </w:p>
        </w:tc>
        <w:tc>
          <w:tcPr>
            <w:tcW w:w="1587" w:type="dxa"/>
            <w:shd w:val="clear" w:color="auto" w:fill="D9D9D9"/>
            <w:tcMar>
              <w:top w:w="75" w:type="dxa"/>
              <w:left w:w="60" w:type="dxa"/>
              <w:bottom w:w="75" w:type="dxa"/>
              <w:right w:w="60" w:type="dxa"/>
            </w:tcMar>
            <w:vAlign w:val="center"/>
          </w:tcPr>
          <w:p w14:paraId="64DF7062" w14:textId="77777777" w:rsidR="003662FC" w:rsidRDefault="00000000">
            <w:pPr>
              <w:jc w:val="center"/>
            </w:pPr>
            <w:r>
              <w:rPr>
                <w:b/>
                <w:sz w:val="18"/>
              </w:rPr>
              <w:t>Niên đại / thời gian</w:t>
            </w:r>
          </w:p>
        </w:tc>
        <w:tc>
          <w:tcPr>
            <w:tcW w:w="1587" w:type="dxa"/>
            <w:shd w:val="clear" w:color="auto" w:fill="D9D9D9"/>
            <w:tcMar>
              <w:top w:w="75" w:type="dxa"/>
              <w:left w:w="60" w:type="dxa"/>
              <w:bottom w:w="75" w:type="dxa"/>
              <w:right w:w="60" w:type="dxa"/>
            </w:tcMar>
            <w:vAlign w:val="center"/>
          </w:tcPr>
          <w:p w14:paraId="6AE751DD" w14:textId="77777777" w:rsidR="003662FC" w:rsidRDefault="00000000">
            <w:pPr>
              <w:jc w:val="center"/>
            </w:pPr>
            <w:r>
              <w:rPr>
                <w:b/>
                <w:sz w:val="18"/>
              </w:rPr>
              <w:t>Quy mô con cháu</w:t>
            </w:r>
          </w:p>
        </w:tc>
        <w:tc>
          <w:tcPr>
            <w:tcW w:w="4422" w:type="dxa"/>
            <w:shd w:val="clear" w:color="auto" w:fill="D9D9D9"/>
            <w:tcMar>
              <w:top w:w="75" w:type="dxa"/>
              <w:left w:w="60" w:type="dxa"/>
              <w:bottom w:w="75" w:type="dxa"/>
              <w:right w:w="60" w:type="dxa"/>
            </w:tcMar>
            <w:vAlign w:val="center"/>
          </w:tcPr>
          <w:p w14:paraId="473C8B90" w14:textId="77777777" w:rsidR="003662FC" w:rsidRDefault="00000000">
            <w:pPr>
              <w:jc w:val="center"/>
            </w:pPr>
            <w:r>
              <w:rPr>
                <w:b/>
                <w:sz w:val="18"/>
              </w:rPr>
              <w:t>Trưởng họ / đại diện - địa chỉ liên hệ</w:t>
            </w:r>
          </w:p>
        </w:tc>
        <w:tc>
          <w:tcPr>
            <w:tcW w:w="3798" w:type="dxa"/>
            <w:shd w:val="clear" w:color="auto" w:fill="D9D9D9"/>
            <w:tcMar>
              <w:top w:w="75" w:type="dxa"/>
              <w:left w:w="60" w:type="dxa"/>
              <w:bottom w:w="75" w:type="dxa"/>
              <w:right w:w="60" w:type="dxa"/>
            </w:tcMar>
            <w:vAlign w:val="center"/>
          </w:tcPr>
          <w:p w14:paraId="78C2EBF3" w14:textId="77777777" w:rsidR="003662FC" w:rsidRDefault="00000000">
            <w:pPr>
              <w:jc w:val="center"/>
            </w:pPr>
            <w:r>
              <w:rPr>
                <w:b/>
                <w:sz w:val="18"/>
              </w:rPr>
              <w:t>Ghi chú / nhân vật tiêu biểu</w:t>
            </w:r>
          </w:p>
        </w:tc>
      </w:tr>
      <w:tr w:rsidR="003662FC" w14:paraId="77709AB2" w14:textId="77777777">
        <w:trPr>
          <w:jc w:val="center"/>
        </w:trPr>
        <w:tc>
          <w:tcPr>
            <w:tcW w:w="567" w:type="dxa"/>
            <w:tcMar>
              <w:top w:w="55" w:type="dxa"/>
              <w:left w:w="65" w:type="dxa"/>
              <w:bottom w:w="55" w:type="dxa"/>
              <w:right w:w="65" w:type="dxa"/>
            </w:tcMar>
          </w:tcPr>
          <w:p w14:paraId="5EA8ED65" w14:textId="77777777" w:rsidR="003662FC" w:rsidRDefault="00000000">
            <w:pPr>
              <w:spacing w:line="228" w:lineRule="auto"/>
              <w:jc w:val="center"/>
            </w:pPr>
            <w:r>
              <w:rPr>
                <w:sz w:val="17"/>
              </w:rPr>
              <w:t>7</w:t>
            </w:r>
          </w:p>
        </w:tc>
        <w:tc>
          <w:tcPr>
            <w:tcW w:w="1871" w:type="dxa"/>
            <w:tcMar>
              <w:top w:w="55" w:type="dxa"/>
              <w:left w:w="65" w:type="dxa"/>
              <w:bottom w:w="55" w:type="dxa"/>
              <w:right w:w="65" w:type="dxa"/>
            </w:tcMar>
          </w:tcPr>
          <w:p w14:paraId="11A811DD" w14:textId="77777777" w:rsidR="003662FC" w:rsidRDefault="00000000">
            <w:pPr>
              <w:spacing w:line="228" w:lineRule="auto"/>
            </w:pPr>
            <w:r>
              <w:rPr>
                <w:b/>
                <w:sz w:val="17"/>
              </w:rPr>
              <w:t>Dòng họ Nguyễn Văn - Chi 3</w:t>
            </w:r>
          </w:p>
        </w:tc>
        <w:tc>
          <w:tcPr>
            <w:tcW w:w="964" w:type="dxa"/>
            <w:tcMar>
              <w:top w:w="55" w:type="dxa"/>
              <w:left w:w="65" w:type="dxa"/>
              <w:bottom w:w="55" w:type="dxa"/>
              <w:right w:w="65" w:type="dxa"/>
            </w:tcMar>
          </w:tcPr>
          <w:p w14:paraId="77C1FA69" w14:textId="77777777" w:rsidR="003662FC" w:rsidRDefault="00000000">
            <w:pPr>
              <w:spacing w:line="228" w:lineRule="auto"/>
              <w:jc w:val="center"/>
            </w:pPr>
            <w:r>
              <w:rPr>
                <w:sz w:val="17"/>
              </w:rPr>
              <w:t>6 đời</w:t>
            </w:r>
          </w:p>
        </w:tc>
        <w:tc>
          <w:tcPr>
            <w:tcW w:w="1587" w:type="dxa"/>
            <w:tcMar>
              <w:top w:w="55" w:type="dxa"/>
              <w:left w:w="65" w:type="dxa"/>
              <w:bottom w:w="55" w:type="dxa"/>
              <w:right w:w="65" w:type="dxa"/>
            </w:tcMar>
          </w:tcPr>
          <w:p w14:paraId="67B09803" w14:textId="77777777" w:rsidR="003662FC" w:rsidRDefault="00000000">
            <w:pPr>
              <w:spacing w:line="228" w:lineRule="auto"/>
              <w:jc w:val="center"/>
            </w:pPr>
            <w:r>
              <w:rPr>
                <w:sz w:val="17"/>
              </w:rPr>
              <w:t>Khoảng 150 năm</w:t>
            </w:r>
          </w:p>
        </w:tc>
        <w:tc>
          <w:tcPr>
            <w:tcW w:w="1587" w:type="dxa"/>
            <w:tcMar>
              <w:top w:w="55" w:type="dxa"/>
              <w:left w:w="65" w:type="dxa"/>
              <w:bottom w:w="55" w:type="dxa"/>
              <w:right w:w="65" w:type="dxa"/>
            </w:tcMar>
          </w:tcPr>
          <w:p w14:paraId="7CC48D51" w14:textId="77777777" w:rsidR="003662FC" w:rsidRDefault="00000000">
            <w:pPr>
              <w:spacing w:line="228" w:lineRule="auto"/>
              <w:jc w:val="center"/>
            </w:pPr>
            <w:r>
              <w:rPr>
                <w:sz w:val="17"/>
              </w:rPr>
              <w:t>Khoảng 210 con cháu</w:t>
            </w:r>
          </w:p>
        </w:tc>
        <w:tc>
          <w:tcPr>
            <w:tcW w:w="4422" w:type="dxa"/>
            <w:tcMar>
              <w:top w:w="55" w:type="dxa"/>
              <w:left w:w="65" w:type="dxa"/>
              <w:bottom w:w="55" w:type="dxa"/>
              <w:right w:w="65" w:type="dxa"/>
            </w:tcMar>
          </w:tcPr>
          <w:p w14:paraId="1B6E61A7" w14:textId="77777777" w:rsidR="003662FC" w:rsidRDefault="00000000">
            <w:pPr>
              <w:spacing w:line="228" w:lineRule="auto"/>
            </w:pPr>
            <w:r>
              <w:rPr>
                <w:sz w:val="17"/>
              </w:rPr>
              <w:t>Ông Nguyễn Văn Hào</w:t>
            </w:r>
            <w:r>
              <w:rPr>
                <w:sz w:val="17"/>
              </w:rPr>
              <w:br/>
              <w:t>62, ngách 293/37 Ngọc Thụy, TDP 34, P. Bồ Đề, Hà Nội</w:t>
            </w:r>
          </w:p>
        </w:tc>
        <w:tc>
          <w:tcPr>
            <w:tcW w:w="3798" w:type="dxa"/>
            <w:tcMar>
              <w:top w:w="55" w:type="dxa"/>
              <w:left w:w="65" w:type="dxa"/>
              <w:bottom w:w="55" w:type="dxa"/>
              <w:right w:w="65" w:type="dxa"/>
            </w:tcMar>
          </w:tcPr>
          <w:p w14:paraId="74A4F5A4" w14:textId="77777777" w:rsidR="003662FC" w:rsidRDefault="003662FC">
            <w:pPr>
              <w:spacing w:line="228" w:lineRule="auto"/>
            </w:pPr>
          </w:p>
        </w:tc>
      </w:tr>
      <w:tr w:rsidR="003662FC" w14:paraId="3004E842" w14:textId="77777777">
        <w:trPr>
          <w:jc w:val="center"/>
        </w:trPr>
        <w:tc>
          <w:tcPr>
            <w:tcW w:w="567" w:type="dxa"/>
            <w:shd w:val="clear" w:color="auto" w:fill="F7F7F7"/>
            <w:tcMar>
              <w:top w:w="55" w:type="dxa"/>
              <w:left w:w="65" w:type="dxa"/>
              <w:bottom w:w="55" w:type="dxa"/>
              <w:right w:w="65" w:type="dxa"/>
            </w:tcMar>
          </w:tcPr>
          <w:p w14:paraId="35EBA443" w14:textId="77777777" w:rsidR="003662FC" w:rsidRDefault="00000000">
            <w:pPr>
              <w:spacing w:line="228" w:lineRule="auto"/>
              <w:jc w:val="center"/>
            </w:pPr>
            <w:r>
              <w:rPr>
                <w:sz w:val="17"/>
              </w:rPr>
              <w:t>8</w:t>
            </w:r>
          </w:p>
        </w:tc>
        <w:tc>
          <w:tcPr>
            <w:tcW w:w="1871" w:type="dxa"/>
            <w:shd w:val="clear" w:color="auto" w:fill="F7F7F7"/>
            <w:tcMar>
              <w:top w:w="55" w:type="dxa"/>
              <w:left w:w="65" w:type="dxa"/>
              <w:bottom w:w="55" w:type="dxa"/>
              <w:right w:w="65" w:type="dxa"/>
            </w:tcMar>
          </w:tcPr>
          <w:p w14:paraId="2C097316" w14:textId="77777777" w:rsidR="003662FC" w:rsidRDefault="00000000">
            <w:pPr>
              <w:spacing w:line="228" w:lineRule="auto"/>
            </w:pPr>
            <w:r>
              <w:rPr>
                <w:b/>
                <w:sz w:val="17"/>
              </w:rPr>
              <w:t>Dòng họ Hồ - Chi 3</w:t>
            </w:r>
          </w:p>
        </w:tc>
        <w:tc>
          <w:tcPr>
            <w:tcW w:w="964" w:type="dxa"/>
            <w:shd w:val="clear" w:color="auto" w:fill="F7F7F7"/>
            <w:tcMar>
              <w:top w:w="55" w:type="dxa"/>
              <w:left w:w="65" w:type="dxa"/>
              <w:bottom w:w="55" w:type="dxa"/>
              <w:right w:w="65" w:type="dxa"/>
            </w:tcMar>
          </w:tcPr>
          <w:p w14:paraId="0190D72E" w14:textId="77777777" w:rsidR="003662FC" w:rsidRDefault="00000000">
            <w:pPr>
              <w:spacing w:line="228" w:lineRule="auto"/>
              <w:jc w:val="center"/>
            </w:pPr>
            <w:r>
              <w:rPr>
                <w:sz w:val="17"/>
              </w:rPr>
              <w:t>9 đời</w:t>
            </w:r>
          </w:p>
        </w:tc>
        <w:tc>
          <w:tcPr>
            <w:tcW w:w="1587" w:type="dxa"/>
            <w:shd w:val="clear" w:color="auto" w:fill="F7F7F7"/>
            <w:tcMar>
              <w:top w:w="55" w:type="dxa"/>
              <w:left w:w="65" w:type="dxa"/>
              <w:bottom w:w="55" w:type="dxa"/>
              <w:right w:w="65" w:type="dxa"/>
            </w:tcMar>
          </w:tcPr>
          <w:p w14:paraId="2C9BBE6D" w14:textId="77777777" w:rsidR="003662FC" w:rsidRDefault="00000000">
            <w:pPr>
              <w:spacing w:line="228" w:lineRule="auto"/>
              <w:jc w:val="center"/>
            </w:pPr>
            <w:r>
              <w:rPr>
                <w:sz w:val="17"/>
              </w:rPr>
              <w:t>Chưa ghi</w:t>
            </w:r>
          </w:p>
        </w:tc>
        <w:tc>
          <w:tcPr>
            <w:tcW w:w="1587" w:type="dxa"/>
            <w:shd w:val="clear" w:color="auto" w:fill="F7F7F7"/>
            <w:tcMar>
              <w:top w:w="55" w:type="dxa"/>
              <w:left w:w="65" w:type="dxa"/>
              <w:bottom w:w="55" w:type="dxa"/>
              <w:right w:w="65" w:type="dxa"/>
            </w:tcMar>
          </w:tcPr>
          <w:p w14:paraId="6DE536B6" w14:textId="77777777" w:rsidR="003662FC" w:rsidRDefault="00000000">
            <w:pPr>
              <w:spacing w:line="228" w:lineRule="auto"/>
              <w:jc w:val="center"/>
            </w:pPr>
            <w:r>
              <w:rPr>
                <w:sz w:val="17"/>
              </w:rPr>
              <w:t>137 người</w:t>
            </w:r>
          </w:p>
        </w:tc>
        <w:tc>
          <w:tcPr>
            <w:tcW w:w="4422" w:type="dxa"/>
            <w:shd w:val="clear" w:color="auto" w:fill="F7F7F7"/>
            <w:tcMar>
              <w:top w:w="55" w:type="dxa"/>
              <w:left w:w="65" w:type="dxa"/>
              <w:bottom w:w="55" w:type="dxa"/>
              <w:right w:w="65" w:type="dxa"/>
            </w:tcMar>
          </w:tcPr>
          <w:p w14:paraId="0D70C4AA" w14:textId="77777777" w:rsidR="003662FC" w:rsidRDefault="00000000">
            <w:pPr>
              <w:spacing w:line="228" w:lineRule="auto"/>
            </w:pPr>
            <w:r>
              <w:rPr>
                <w:sz w:val="17"/>
              </w:rPr>
              <w:t>Ông Hồ Như Cường</w:t>
            </w:r>
            <w:r>
              <w:rPr>
                <w:sz w:val="17"/>
              </w:rPr>
              <w:br/>
              <w:t>7, phố Dã Tượng, P. Hoàn Kiếm, Hà Nội</w:t>
            </w:r>
          </w:p>
        </w:tc>
        <w:tc>
          <w:tcPr>
            <w:tcW w:w="3798" w:type="dxa"/>
            <w:shd w:val="clear" w:color="auto" w:fill="F7F7F7"/>
            <w:tcMar>
              <w:top w:w="55" w:type="dxa"/>
              <w:left w:w="65" w:type="dxa"/>
              <w:bottom w:w="55" w:type="dxa"/>
              <w:right w:w="65" w:type="dxa"/>
            </w:tcMar>
          </w:tcPr>
          <w:p w14:paraId="3A357637" w14:textId="77777777" w:rsidR="003662FC" w:rsidRDefault="003662FC">
            <w:pPr>
              <w:spacing w:line="228" w:lineRule="auto"/>
            </w:pPr>
          </w:p>
        </w:tc>
      </w:tr>
      <w:tr w:rsidR="003662FC" w14:paraId="692C7DFA" w14:textId="77777777">
        <w:trPr>
          <w:jc w:val="center"/>
        </w:trPr>
        <w:tc>
          <w:tcPr>
            <w:tcW w:w="567" w:type="dxa"/>
            <w:tcMar>
              <w:top w:w="55" w:type="dxa"/>
              <w:left w:w="65" w:type="dxa"/>
              <w:bottom w:w="55" w:type="dxa"/>
              <w:right w:w="65" w:type="dxa"/>
            </w:tcMar>
          </w:tcPr>
          <w:p w14:paraId="474F025E" w14:textId="77777777" w:rsidR="003662FC" w:rsidRDefault="00000000">
            <w:pPr>
              <w:spacing w:line="228" w:lineRule="auto"/>
              <w:jc w:val="center"/>
            </w:pPr>
            <w:r>
              <w:rPr>
                <w:sz w:val="17"/>
              </w:rPr>
              <w:t>9</w:t>
            </w:r>
          </w:p>
        </w:tc>
        <w:tc>
          <w:tcPr>
            <w:tcW w:w="1871" w:type="dxa"/>
            <w:tcMar>
              <w:top w:w="55" w:type="dxa"/>
              <w:left w:w="65" w:type="dxa"/>
              <w:bottom w:w="55" w:type="dxa"/>
              <w:right w:w="65" w:type="dxa"/>
            </w:tcMar>
          </w:tcPr>
          <w:p w14:paraId="3D1ABA8C" w14:textId="77777777" w:rsidR="003662FC" w:rsidRDefault="00000000">
            <w:pPr>
              <w:spacing w:line="228" w:lineRule="auto"/>
            </w:pPr>
            <w:r>
              <w:rPr>
                <w:b/>
                <w:sz w:val="17"/>
              </w:rPr>
              <w:t>Dòng họ Nguyễn Phú</w:t>
            </w:r>
          </w:p>
        </w:tc>
        <w:tc>
          <w:tcPr>
            <w:tcW w:w="964" w:type="dxa"/>
            <w:tcMar>
              <w:top w:w="55" w:type="dxa"/>
              <w:left w:w="65" w:type="dxa"/>
              <w:bottom w:w="55" w:type="dxa"/>
              <w:right w:w="65" w:type="dxa"/>
            </w:tcMar>
          </w:tcPr>
          <w:p w14:paraId="45736400" w14:textId="77777777" w:rsidR="003662FC" w:rsidRDefault="00000000">
            <w:pPr>
              <w:spacing w:line="228" w:lineRule="auto"/>
              <w:jc w:val="center"/>
            </w:pPr>
            <w:r>
              <w:rPr>
                <w:sz w:val="17"/>
              </w:rPr>
              <w:t>9 đời</w:t>
            </w:r>
          </w:p>
        </w:tc>
        <w:tc>
          <w:tcPr>
            <w:tcW w:w="1587" w:type="dxa"/>
            <w:tcMar>
              <w:top w:w="55" w:type="dxa"/>
              <w:left w:w="65" w:type="dxa"/>
              <w:bottom w:w="55" w:type="dxa"/>
              <w:right w:w="65" w:type="dxa"/>
            </w:tcMar>
          </w:tcPr>
          <w:p w14:paraId="76D0375A" w14:textId="77777777" w:rsidR="003662FC" w:rsidRDefault="00000000">
            <w:pPr>
              <w:spacing w:line="228" w:lineRule="auto"/>
              <w:jc w:val="center"/>
            </w:pPr>
            <w:r>
              <w:rPr>
                <w:sz w:val="17"/>
              </w:rPr>
              <w:t>Khoảng 150 năm</w:t>
            </w:r>
          </w:p>
        </w:tc>
        <w:tc>
          <w:tcPr>
            <w:tcW w:w="1587" w:type="dxa"/>
            <w:tcMar>
              <w:top w:w="55" w:type="dxa"/>
              <w:left w:w="65" w:type="dxa"/>
              <w:bottom w:w="55" w:type="dxa"/>
              <w:right w:w="65" w:type="dxa"/>
            </w:tcMar>
          </w:tcPr>
          <w:p w14:paraId="2CE8725B" w14:textId="77777777" w:rsidR="003662FC" w:rsidRDefault="00000000">
            <w:pPr>
              <w:spacing w:line="228" w:lineRule="auto"/>
              <w:jc w:val="center"/>
            </w:pPr>
            <w:r>
              <w:rPr>
                <w:sz w:val="17"/>
              </w:rPr>
              <w:t>Khoảng 250 con cháu</w:t>
            </w:r>
          </w:p>
        </w:tc>
        <w:tc>
          <w:tcPr>
            <w:tcW w:w="4422" w:type="dxa"/>
            <w:tcMar>
              <w:top w:w="55" w:type="dxa"/>
              <w:left w:w="65" w:type="dxa"/>
              <w:bottom w:w="55" w:type="dxa"/>
              <w:right w:w="65" w:type="dxa"/>
            </w:tcMar>
          </w:tcPr>
          <w:p w14:paraId="6C77CDDF" w14:textId="77777777" w:rsidR="003662FC" w:rsidRDefault="00000000">
            <w:pPr>
              <w:spacing w:line="228" w:lineRule="auto"/>
            </w:pPr>
            <w:r>
              <w:rPr>
                <w:sz w:val="17"/>
              </w:rPr>
              <w:t>Ông Nguyễn Phú Quốc</w:t>
            </w:r>
            <w:r>
              <w:rPr>
                <w:sz w:val="17"/>
              </w:rPr>
              <w:br/>
              <w:t>66, ngõ 86 Ngọc Thụy, P. Bồ Đề, Hà Nội</w:t>
            </w:r>
          </w:p>
        </w:tc>
        <w:tc>
          <w:tcPr>
            <w:tcW w:w="3798" w:type="dxa"/>
            <w:tcMar>
              <w:top w:w="55" w:type="dxa"/>
              <w:left w:w="65" w:type="dxa"/>
              <w:bottom w:w="55" w:type="dxa"/>
              <w:right w:w="65" w:type="dxa"/>
            </w:tcMar>
          </w:tcPr>
          <w:p w14:paraId="4B21C26C" w14:textId="77777777" w:rsidR="003662FC" w:rsidRDefault="00000000">
            <w:pPr>
              <w:spacing w:line="228" w:lineRule="auto"/>
            </w:pPr>
            <w:r>
              <w:rPr>
                <w:sz w:val="17"/>
              </w:rPr>
              <w:t>Thành viên nổi bật theo kê khai: Nguyễn Phú Xuyên Khung, Nguyễn Phú Vị.</w:t>
            </w:r>
          </w:p>
        </w:tc>
      </w:tr>
      <w:tr w:rsidR="003662FC" w14:paraId="4FF57407" w14:textId="77777777">
        <w:trPr>
          <w:jc w:val="center"/>
        </w:trPr>
        <w:tc>
          <w:tcPr>
            <w:tcW w:w="567" w:type="dxa"/>
            <w:shd w:val="clear" w:color="auto" w:fill="F7F7F7"/>
            <w:tcMar>
              <w:top w:w="55" w:type="dxa"/>
              <w:left w:w="65" w:type="dxa"/>
              <w:bottom w:w="55" w:type="dxa"/>
              <w:right w:w="65" w:type="dxa"/>
            </w:tcMar>
          </w:tcPr>
          <w:p w14:paraId="6AE9CA5E" w14:textId="77777777" w:rsidR="003662FC" w:rsidRDefault="00000000">
            <w:pPr>
              <w:spacing w:line="228" w:lineRule="auto"/>
              <w:jc w:val="center"/>
            </w:pPr>
            <w:r>
              <w:rPr>
                <w:sz w:val="17"/>
              </w:rPr>
              <w:t>10</w:t>
            </w:r>
          </w:p>
        </w:tc>
        <w:tc>
          <w:tcPr>
            <w:tcW w:w="1871" w:type="dxa"/>
            <w:shd w:val="clear" w:color="auto" w:fill="F7F7F7"/>
            <w:tcMar>
              <w:top w:w="55" w:type="dxa"/>
              <w:left w:w="65" w:type="dxa"/>
              <w:bottom w:w="55" w:type="dxa"/>
              <w:right w:w="65" w:type="dxa"/>
            </w:tcMar>
          </w:tcPr>
          <w:p w14:paraId="26055D3B" w14:textId="77777777" w:rsidR="003662FC" w:rsidRDefault="00000000">
            <w:pPr>
              <w:spacing w:line="228" w:lineRule="auto"/>
            </w:pPr>
            <w:r>
              <w:rPr>
                <w:b/>
                <w:sz w:val="17"/>
              </w:rPr>
              <w:t>Dòng họ Bùi</w:t>
            </w:r>
          </w:p>
        </w:tc>
        <w:tc>
          <w:tcPr>
            <w:tcW w:w="964" w:type="dxa"/>
            <w:shd w:val="clear" w:color="auto" w:fill="F7F7F7"/>
            <w:tcMar>
              <w:top w:w="55" w:type="dxa"/>
              <w:left w:w="65" w:type="dxa"/>
              <w:bottom w:w="55" w:type="dxa"/>
              <w:right w:w="65" w:type="dxa"/>
            </w:tcMar>
          </w:tcPr>
          <w:p w14:paraId="36D65542" w14:textId="77777777" w:rsidR="003662FC" w:rsidRDefault="00000000">
            <w:pPr>
              <w:spacing w:line="228" w:lineRule="auto"/>
              <w:jc w:val="center"/>
            </w:pPr>
            <w:r>
              <w:rPr>
                <w:sz w:val="17"/>
              </w:rPr>
              <w:t>7 đời</w:t>
            </w:r>
          </w:p>
        </w:tc>
        <w:tc>
          <w:tcPr>
            <w:tcW w:w="1587" w:type="dxa"/>
            <w:shd w:val="clear" w:color="auto" w:fill="F7F7F7"/>
            <w:tcMar>
              <w:top w:w="55" w:type="dxa"/>
              <w:left w:w="65" w:type="dxa"/>
              <w:bottom w:w="55" w:type="dxa"/>
              <w:right w:w="65" w:type="dxa"/>
            </w:tcMar>
          </w:tcPr>
          <w:p w14:paraId="5791A0FD" w14:textId="77777777" w:rsidR="003662FC" w:rsidRDefault="00000000">
            <w:pPr>
              <w:spacing w:line="228" w:lineRule="auto"/>
              <w:jc w:val="center"/>
            </w:pPr>
            <w:r>
              <w:rPr>
                <w:sz w:val="17"/>
              </w:rPr>
              <w:t>Khoảng 190 năm</w:t>
            </w:r>
          </w:p>
        </w:tc>
        <w:tc>
          <w:tcPr>
            <w:tcW w:w="1587" w:type="dxa"/>
            <w:shd w:val="clear" w:color="auto" w:fill="F7F7F7"/>
            <w:tcMar>
              <w:top w:w="55" w:type="dxa"/>
              <w:left w:w="65" w:type="dxa"/>
              <w:bottom w:w="55" w:type="dxa"/>
              <w:right w:w="65" w:type="dxa"/>
            </w:tcMar>
          </w:tcPr>
          <w:p w14:paraId="08D9E5DA" w14:textId="77777777" w:rsidR="003662FC" w:rsidRDefault="00000000">
            <w:pPr>
              <w:spacing w:line="228" w:lineRule="auto"/>
              <w:jc w:val="center"/>
            </w:pPr>
            <w:r>
              <w:rPr>
                <w:sz w:val="17"/>
              </w:rPr>
              <w:t>164 con cháu</w:t>
            </w:r>
          </w:p>
        </w:tc>
        <w:tc>
          <w:tcPr>
            <w:tcW w:w="4422" w:type="dxa"/>
            <w:shd w:val="clear" w:color="auto" w:fill="F7F7F7"/>
            <w:tcMar>
              <w:top w:w="55" w:type="dxa"/>
              <w:left w:w="65" w:type="dxa"/>
              <w:bottom w:w="55" w:type="dxa"/>
              <w:right w:w="65" w:type="dxa"/>
            </w:tcMar>
          </w:tcPr>
          <w:p w14:paraId="2A538ACD" w14:textId="77777777" w:rsidR="003662FC" w:rsidRDefault="00000000">
            <w:pPr>
              <w:spacing w:line="228" w:lineRule="auto"/>
            </w:pPr>
            <w:r>
              <w:rPr>
                <w:sz w:val="17"/>
              </w:rPr>
              <w:t>Ông Bùi Chí Nghi</w:t>
            </w:r>
            <w:r>
              <w:rPr>
                <w:sz w:val="17"/>
              </w:rPr>
              <w:br/>
              <w:t>92, ngõ 293 Ngọc Thụy, TDP 34, P. Bồ Đề, Hà Nội</w:t>
            </w:r>
          </w:p>
        </w:tc>
        <w:tc>
          <w:tcPr>
            <w:tcW w:w="3798" w:type="dxa"/>
            <w:shd w:val="clear" w:color="auto" w:fill="F7F7F7"/>
            <w:tcMar>
              <w:top w:w="55" w:type="dxa"/>
              <w:left w:w="65" w:type="dxa"/>
              <w:bottom w:w="55" w:type="dxa"/>
              <w:right w:w="65" w:type="dxa"/>
            </w:tcMar>
          </w:tcPr>
          <w:p w14:paraId="6200B390" w14:textId="77777777" w:rsidR="003662FC" w:rsidRDefault="003662FC">
            <w:pPr>
              <w:spacing w:line="228" w:lineRule="auto"/>
            </w:pPr>
          </w:p>
        </w:tc>
      </w:tr>
      <w:tr w:rsidR="003662FC" w14:paraId="5865A2B9" w14:textId="77777777">
        <w:trPr>
          <w:jc w:val="center"/>
        </w:trPr>
        <w:tc>
          <w:tcPr>
            <w:tcW w:w="567" w:type="dxa"/>
            <w:tcMar>
              <w:top w:w="55" w:type="dxa"/>
              <w:left w:w="65" w:type="dxa"/>
              <w:bottom w:w="55" w:type="dxa"/>
              <w:right w:w="65" w:type="dxa"/>
            </w:tcMar>
          </w:tcPr>
          <w:p w14:paraId="16710CC8" w14:textId="77777777" w:rsidR="003662FC" w:rsidRDefault="00000000">
            <w:pPr>
              <w:spacing w:line="228" w:lineRule="auto"/>
              <w:jc w:val="center"/>
            </w:pPr>
            <w:r>
              <w:rPr>
                <w:sz w:val="17"/>
              </w:rPr>
              <w:t>11</w:t>
            </w:r>
          </w:p>
        </w:tc>
        <w:tc>
          <w:tcPr>
            <w:tcW w:w="1871" w:type="dxa"/>
            <w:tcMar>
              <w:top w:w="55" w:type="dxa"/>
              <w:left w:w="65" w:type="dxa"/>
              <w:bottom w:w="55" w:type="dxa"/>
              <w:right w:w="65" w:type="dxa"/>
            </w:tcMar>
          </w:tcPr>
          <w:p w14:paraId="0A041F23" w14:textId="77777777" w:rsidR="003662FC" w:rsidRDefault="00000000">
            <w:pPr>
              <w:spacing w:line="228" w:lineRule="auto"/>
            </w:pPr>
            <w:r>
              <w:rPr>
                <w:b/>
                <w:sz w:val="17"/>
              </w:rPr>
              <w:t>Dòng họ Nguyễn Đức</w:t>
            </w:r>
          </w:p>
        </w:tc>
        <w:tc>
          <w:tcPr>
            <w:tcW w:w="964" w:type="dxa"/>
            <w:tcMar>
              <w:top w:w="55" w:type="dxa"/>
              <w:left w:w="65" w:type="dxa"/>
              <w:bottom w:w="55" w:type="dxa"/>
              <w:right w:w="65" w:type="dxa"/>
            </w:tcMar>
          </w:tcPr>
          <w:p w14:paraId="5B2B4A52" w14:textId="77777777" w:rsidR="003662FC" w:rsidRDefault="00000000">
            <w:pPr>
              <w:spacing w:line="228" w:lineRule="auto"/>
              <w:jc w:val="center"/>
            </w:pPr>
            <w:r>
              <w:rPr>
                <w:sz w:val="17"/>
              </w:rPr>
              <w:t>6 đời</w:t>
            </w:r>
          </w:p>
        </w:tc>
        <w:tc>
          <w:tcPr>
            <w:tcW w:w="1587" w:type="dxa"/>
            <w:tcMar>
              <w:top w:w="55" w:type="dxa"/>
              <w:left w:w="65" w:type="dxa"/>
              <w:bottom w:w="55" w:type="dxa"/>
              <w:right w:w="65" w:type="dxa"/>
            </w:tcMar>
          </w:tcPr>
          <w:p w14:paraId="26CF0601" w14:textId="77777777" w:rsidR="003662FC" w:rsidRDefault="00000000">
            <w:pPr>
              <w:spacing w:line="228" w:lineRule="auto"/>
              <w:jc w:val="center"/>
            </w:pPr>
            <w:r>
              <w:rPr>
                <w:sz w:val="17"/>
              </w:rPr>
              <w:t>Từ năm 1850</w:t>
            </w:r>
          </w:p>
        </w:tc>
        <w:tc>
          <w:tcPr>
            <w:tcW w:w="1587" w:type="dxa"/>
            <w:tcMar>
              <w:top w:w="55" w:type="dxa"/>
              <w:left w:w="65" w:type="dxa"/>
              <w:bottom w:w="55" w:type="dxa"/>
              <w:right w:w="65" w:type="dxa"/>
            </w:tcMar>
          </w:tcPr>
          <w:p w14:paraId="6F262283" w14:textId="77777777" w:rsidR="003662FC" w:rsidRDefault="00000000">
            <w:pPr>
              <w:spacing w:line="228" w:lineRule="auto"/>
              <w:jc w:val="center"/>
            </w:pPr>
            <w:r>
              <w:rPr>
                <w:sz w:val="17"/>
              </w:rPr>
              <w:t>70 con cháu</w:t>
            </w:r>
          </w:p>
        </w:tc>
        <w:tc>
          <w:tcPr>
            <w:tcW w:w="4422" w:type="dxa"/>
            <w:tcMar>
              <w:top w:w="55" w:type="dxa"/>
              <w:left w:w="65" w:type="dxa"/>
              <w:bottom w:w="55" w:type="dxa"/>
              <w:right w:w="65" w:type="dxa"/>
            </w:tcMar>
          </w:tcPr>
          <w:p w14:paraId="2506E6BD" w14:textId="77777777" w:rsidR="003662FC" w:rsidRDefault="00000000">
            <w:pPr>
              <w:spacing w:line="228" w:lineRule="auto"/>
            </w:pPr>
            <w:r>
              <w:rPr>
                <w:sz w:val="17"/>
              </w:rPr>
              <w:t>Ông Nguyễn Đức Tuấn</w:t>
            </w:r>
            <w:r>
              <w:rPr>
                <w:sz w:val="17"/>
              </w:rPr>
              <w:br/>
              <w:t>89, ngõ 293 Ngọc Thụy, TDP 34, P. Bồ Đề, Hà Nội</w:t>
            </w:r>
          </w:p>
        </w:tc>
        <w:tc>
          <w:tcPr>
            <w:tcW w:w="3798" w:type="dxa"/>
            <w:tcMar>
              <w:top w:w="55" w:type="dxa"/>
              <w:left w:w="65" w:type="dxa"/>
              <w:bottom w:w="55" w:type="dxa"/>
              <w:right w:w="65" w:type="dxa"/>
            </w:tcMar>
          </w:tcPr>
          <w:p w14:paraId="14CEB0E9" w14:textId="77777777" w:rsidR="003662FC" w:rsidRDefault="003662FC">
            <w:pPr>
              <w:spacing w:line="228" w:lineRule="auto"/>
            </w:pPr>
          </w:p>
        </w:tc>
      </w:tr>
      <w:tr w:rsidR="003662FC" w14:paraId="0D1E367D" w14:textId="77777777">
        <w:trPr>
          <w:jc w:val="center"/>
        </w:trPr>
        <w:tc>
          <w:tcPr>
            <w:tcW w:w="567" w:type="dxa"/>
            <w:shd w:val="clear" w:color="auto" w:fill="F7F7F7"/>
            <w:tcMar>
              <w:top w:w="55" w:type="dxa"/>
              <w:left w:w="65" w:type="dxa"/>
              <w:bottom w:w="55" w:type="dxa"/>
              <w:right w:w="65" w:type="dxa"/>
            </w:tcMar>
          </w:tcPr>
          <w:p w14:paraId="4E20895E" w14:textId="77777777" w:rsidR="003662FC" w:rsidRDefault="00000000">
            <w:pPr>
              <w:spacing w:line="228" w:lineRule="auto"/>
              <w:jc w:val="center"/>
            </w:pPr>
            <w:r>
              <w:rPr>
                <w:sz w:val="17"/>
              </w:rPr>
              <w:t>12</w:t>
            </w:r>
          </w:p>
        </w:tc>
        <w:tc>
          <w:tcPr>
            <w:tcW w:w="1871" w:type="dxa"/>
            <w:shd w:val="clear" w:color="auto" w:fill="F7F7F7"/>
            <w:tcMar>
              <w:top w:w="55" w:type="dxa"/>
              <w:left w:w="65" w:type="dxa"/>
              <w:bottom w:w="55" w:type="dxa"/>
              <w:right w:w="65" w:type="dxa"/>
            </w:tcMar>
          </w:tcPr>
          <w:p w14:paraId="5142C625" w14:textId="77777777" w:rsidR="003662FC" w:rsidRDefault="00000000">
            <w:pPr>
              <w:spacing w:line="228" w:lineRule="auto"/>
            </w:pPr>
            <w:r>
              <w:rPr>
                <w:b/>
                <w:sz w:val="17"/>
              </w:rPr>
              <w:t>Dòng họ Vũ Văn</w:t>
            </w:r>
          </w:p>
        </w:tc>
        <w:tc>
          <w:tcPr>
            <w:tcW w:w="964" w:type="dxa"/>
            <w:shd w:val="clear" w:color="auto" w:fill="F7F7F7"/>
            <w:tcMar>
              <w:top w:w="55" w:type="dxa"/>
              <w:left w:w="65" w:type="dxa"/>
              <w:bottom w:w="55" w:type="dxa"/>
              <w:right w:w="65" w:type="dxa"/>
            </w:tcMar>
          </w:tcPr>
          <w:p w14:paraId="09B861F8" w14:textId="77777777" w:rsidR="003662FC" w:rsidRDefault="00000000">
            <w:pPr>
              <w:spacing w:line="228" w:lineRule="auto"/>
              <w:jc w:val="center"/>
            </w:pPr>
            <w:r>
              <w:rPr>
                <w:sz w:val="17"/>
              </w:rPr>
              <w:t>6 đời</w:t>
            </w:r>
          </w:p>
        </w:tc>
        <w:tc>
          <w:tcPr>
            <w:tcW w:w="1587" w:type="dxa"/>
            <w:shd w:val="clear" w:color="auto" w:fill="F7F7F7"/>
            <w:tcMar>
              <w:top w:w="55" w:type="dxa"/>
              <w:left w:w="65" w:type="dxa"/>
              <w:bottom w:w="55" w:type="dxa"/>
              <w:right w:w="65" w:type="dxa"/>
            </w:tcMar>
          </w:tcPr>
          <w:p w14:paraId="0193297C" w14:textId="77777777" w:rsidR="003662FC" w:rsidRDefault="00000000">
            <w:pPr>
              <w:spacing w:line="228" w:lineRule="auto"/>
              <w:jc w:val="center"/>
            </w:pPr>
            <w:r>
              <w:rPr>
                <w:sz w:val="17"/>
              </w:rPr>
              <w:t>Từ năm 1854</w:t>
            </w:r>
          </w:p>
        </w:tc>
        <w:tc>
          <w:tcPr>
            <w:tcW w:w="1587" w:type="dxa"/>
            <w:shd w:val="clear" w:color="auto" w:fill="F7F7F7"/>
            <w:tcMar>
              <w:top w:w="55" w:type="dxa"/>
              <w:left w:w="65" w:type="dxa"/>
              <w:bottom w:w="55" w:type="dxa"/>
              <w:right w:w="65" w:type="dxa"/>
            </w:tcMar>
          </w:tcPr>
          <w:p w14:paraId="05AB2AFB" w14:textId="77777777" w:rsidR="003662FC" w:rsidRDefault="00000000">
            <w:pPr>
              <w:spacing w:line="228" w:lineRule="auto"/>
              <w:jc w:val="center"/>
            </w:pPr>
            <w:r>
              <w:rPr>
                <w:sz w:val="17"/>
              </w:rPr>
              <w:t>Chưa ghi</w:t>
            </w:r>
          </w:p>
        </w:tc>
        <w:tc>
          <w:tcPr>
            <w:tcW w:w="4422" w:type="dxa"/>
            <w:shd w:val="clear" w:color="auto" w:fill="F7F7F7"/>
            <w:tcMar>
              <w:top w:w="55" w:type="dxa"/>
              <w:left w:w="65" w:type="dxa"/>
              <w:bottom w:w="55" w:type="dxa"/>
              <w:right w:w="65" w:type="dxa"/>
            </w:tcMar>
          </w:tcPr>
          <w:p w14:paraId="129C83C1" w14:textId="77777777" w:rsidR="003662FC" w:rsidRDefault="00000000">
            <w:pPr>
              <w:spacing w:line="228" w:lineRule="auto"/>
            </w:pPr>
            <w:r>
              <w:rPr>
                <w:sz w:val="17"/>
              </w:rPr>
              <w:t>Trưởng họ: ông Vũ Văn Hùng - Tổ 37 Ngọc Thụy, P. Bồ Đề, Hà Nội</w:t>
            </w:r>
            <w:r>
              <w:rPr>
                <w:sz w:val="17"/>
              </w:rPr>
              <w:br/>
              <w:t>Đại diện tại Bắc Biên: ông Vũ Văn Mai - 7, ngách 293/74 Ngọc Thụy, TDP 34, P. Bồ Đề, Hà Nội</w:t>
            </w:r>
          </w:p>
        </w:tc>
        <w:tc>
          <w:tcPr>
            <w:tcW w:w="3798" w:type="dxa"/>
            <w:shd w:val="clear" w:color="auto" w:fill="F7F7F7"/>
            <w:tcMar>
              <w:top w:w="55" w:type="dxa"/>
              <w:left w:w="65" w:type="dxa"/>
              <w:bottom w:w="55" w:type="dxa"/>
              <w:right w:w="65" w:type="dxa"/>
            </w:tcMar>
          </w:tcPr>
          <w:p w14:paraId="1977344D" w14:textId="77777777" w:rsidR="003662FC" w:rsidRDefault="003662FC">
            <w:pPr>
              <w:spacing w:line="228" w:lineRule="auto"/>
            </w:pPr>
          </w:p>
        </w:tc>
      </w:tr>
    </w:tbl>
    <w:p w14:paraId="5B1D0E24" w14:textId="77777777" w:rsidR="003662FC" w:rsidRDefault="00000000">
      <w:pPr>
        <w:spacing w:before="120" w:after="40"/>
      </w:pPr>
      <w:r>
        <w:rPr>
          <w:b/>
        </w:rPr>
        <w:t xml:space="preserve">Nhận xét khái quát: </w:t>
      </w:r>
      <w:r>
        <w:t>Danh sách hiện ghi nhận 12 dòng họ/chi họ, trong đó có nhiều dòng họ đã duy trì 14-15 đời và một số dòng họ có thời gian cư trú được kê khai từ hơn 100 đến trên 300 năm. Việc duy trì trưởng họ, người đại diện, gia phả/thờ tự và mạng lưới con cháu là lớp tư liệu cộng đồng bổ trợ cho việc nhận diện tính liên tục cư dân của Phúc Xá - Bắc Biên.</w:t>
      </w:r>
    </w:p>
    <w:p w14:paraId="04B457F9" w14:textId="77777777" w:rsidR="003662FC" w:rsidRDefault="00000000">
      <w:pPr>
        <w:spacing w:before="20"/>
      </w:pPr>
      <w:r>
        <w:rPr>
          <w:i/>
          <w:sz w:val="18"/>
        </w:rPr>
        <w:t>Nguồn: Danh sách các dòng họ do đại diện cộng đồng Bắc Biên cung cấp kèm hồ sơ.</w:t>
      </w:r>
    </w:p>
    <w:sectPr w:rsidR="003662FC" w:rsidSect="00034616">
      <w:footerReference w:type="default" r:id="rId8"/>
      <w:pgSz w:w="16838" w:h="11906" w:orient="landscape"/>
      <w:pgMar w:top="709" w:right="680" w:bottom="709" w:left="68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58792" w14:textId="77777777" w:rsidR="009A4338" w:rsidRDefault="009A4338">
      <w:r>
        <w:separator/>
      </w:r>
    </w:p>
  </w:endnote>
  <w:endnote w:type="continuationSeparator" w:id="0">
    <w:p w14:paraId="3D85B4D9" w14:textId="77777777" w:rsidR="009A4338" w:rsidRDefault="009A4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A18FC" w14:textId="77777777" w:rsidR="003662FC" w:rsidRDefault="00000000">
    <w:pPr>
      <w:pStyle w:val="Footer"/>
      <w:jc w:val="center"/>
    </w:pPr>
    <w:r>
      <w:rPr>
        <w:sz w:val="17"/>
      </w:rPr>
      <w:t xml:space="preserve">Trang </w:t>
    </w:r>
    <w:r>
      <w:rPr>
        <w:sz w:val="17"/>
      </w:rPr>
      <w:fldChar w:fldCharType="begin"/>
    </w:r>
    <w:r>
      <w:rPr>
        <w:sz w:val="17"/>
      </w:rPr>
      <w:instrText>PAGE</w:instrText>
    </w:r>
    <w:r w:rsidR="002E5DC8">
      <w:rPr>
        <w:sz w:val="17"/>
      </w:rPr>
      <w:fldChar w:fldCharType="separate"/>
    </w:r>
    <w:r w:rsidR="002E5DC8">
      <w:rPr>
        <w:noProof/>
        <w:sz w:val="17"/>
      </w:rPr>
      <w:t>1</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55B9F" w14:textId="77777777" w:rsidR="009A4338" w:rsidRDefault="009A4338">
      <w:r>
        <w:separator/>
      </w:r>
    </w:p>
  </w:footnote>
  <w:footnote w:type="continuationSeparator" w:id="0">
    <w:p w14:paraId="70CC0EA5" w14:textId="77777777" w:rsidR="009A4338" w:rsidRDefault="009A43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7918385">
    <w:abstractNumId w:val="8"/>
  </w:num>
  <w:num w:numId="2" w16cid:durableId="1464664177">
    <w:abstractNumId w:val="6"/>
  </w:num>
  <w:num w:numId="3" w16cid:durableId="253435752">
    <w:abstractNumId w:val="5"/>
  </w:num>
  <w:num w:numId="4" w16cid:durableId="1674798269">
    <w:abstractNumId w:val="4"/>
  </w:num>
  <w:num w:numId="5" w16cid:durableId="647200338">
    <w:abstractNumId w:val="7"/>
  </w:num>
  <w:num w:numId="6" w16cid:durableId="269895645">
    <w:abstractNumId w:val="3"/>
  </w:num>
  <w:num w:numId="7" w16cid:durableId="589775339">
    <w:abstractNumId w:val="2"/>
  </w:num>
  <w:num w:numId="8" w16cid:durableId="244610049">
    <w:abstractNumId w:val="1"/>
  </w:num>
  <w:num w:numId="9" w16cid:durableId="326518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5DC8"/>
    <w:rsid w:val="00326F90"/>
    <w:rsid w:val="003662FC"/>
    <w:rsid w:val="009A433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8B8115"/>
  <w14:defaultImageDpi w14:val="300"/>
  <w15:docId w15:val="{E68C1393-645C-4EC4-B9FF-9F4E1B986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Bảng kê các dòng họ tại làng Phúc Xá - Bắc Biên</dc:title>
  <dc:subject>Phụ lục hồ sơ trình Thành phố về làng truyền thống Phúc Xá - Bắc Biên</dc:subject>
  <dc:creator>python-docx</dc:creator>
  <cp:keywords/>
  <dc:description>generated by python-docx</dc:description>
  <cp:lastModifiedBy>Admin</cp:lastModifiedBy>
  <cp:revision>2</cp:revision>
  <dcterms:created xsi:type="dcterms:W3CDTF">2013-12-23T23:15:00Z</dcterms:created>
  <dcterms:modified xsi:type="dcterms:W3CDTF">2026-08-23T10:41:00Z</dcterms:modified>
  <cp:category/>
</cp:coreProperties>
</file>