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335E" w:rsidRDefault="00000000">
      <w:pPr>
        <w:spacing w:after="80"/>
        <w:jc w:val="center"/>
      </w:pPr>
      <w:r>
        <w:rPr>
          <w:rFonts w:ascii="Times New Roman" w:eastAsia="Times New Roman" w:hAnsi="Times New Roman"/>
          <w:b/>
          <w:sz w:val="28"/>
        </w:rPr>
        <w:t>PHỤ LỤC</w:t>
      </w:r>
    </w:p>
    <w:p w:rsidR="0043335E" w:rsidRDefault="00000000">
      <w:pPr>
        <w:spacing w:after="80"/>
        <w:jc w:val="center"/>
      </w:pPr>
      <w:r>
        <w:rPr>
          <w:rFonts w:ascii="Times New Roman" w:eastAsia="Times New Roman" w:hAnsi="Times New Roman"/>
          <w:b/>
          <w:sz w:val="28"/>
        </w:rPr>
        <w:t>BẢNG KÊ CÁC DÒNG HỌ / CHI HỌ TẠI LÀNG PHÚC XÁ - BẮC BIÊN</w:t>
      </w:r>
    </w:p>
    <w:p w:rsidR="0043335E" w:rsidRDefault="00000000">
      <w:pPr>
        <w:spacing w:after="80"/>
        <w:jc w:val="center"/>
      </w:pPr>
      <w:r>
        <w:rPr>
          <w:rFonts w:ascii="Times New Roman" w:eastAsia="Times New Roman" w:hAnsi="Times New Roman"/>
          <w:b/>
          <w:sz w:val="24"/>
        </w:rPr>
        <w:t>(Bản bổ sung theo danh sách Tổ 8 &amp; Tổ 10)</w:t>
      </w:r>
    </w:p>
    <w:p w:rsidR="0043335E" w:rsidRDefault="00000000">
      <w:pPr>
        <w:spacing w:after="160"/>
      </w:pPr>
      <w:r>
        <w:rPr>
          <w:rFonts w:ascii="Times New Roman" w:eastAsia="Times New Roman" w:hAnsi="Times New Roman"/>
        </w:rPr>
        <w:t>Tài liệu này giữ nguyên 12 dòng họ/chi họ đã kê khai chi tiết trong phụ lục gốc, đồng thời bổ sung các dòng họ còn thiếu khi đối chiếu với danh sách “Các dòng họ trong làng Phúc Xá” (Tổ 8 và Tổ 10). Các mục bổ sung mới chỉ có thông tin đại diện &amp; tổ theo danh sách ảnh; số đời, niên đại và quy mô con cháu để trống chờ kê khai bổ sung.</w:t>
      </w:r>
    </w:p>
    <w:p w:rsidR="0043335E" w:rsidRDefault="00000000">
      <w:r>
        <w:rPr>
          <w:rFonts w:ascii="Times New Roman" w:eastAsia="Times New Roman" w:hAnsi="Times New Roman"/>
          <w:b/>
          <w:sz w:val="24"/>
        </w:rPr>
        <w:t>I. Kết quả đối chiếu</w:t>
      </w:r>
    </w:p>
    <w:p w:rsidR="0043335E" w:rsidRDefault="00000000">
      <w:pPr>
        <w:pStyle w:val="ListBullet"/>
      </w:pPr>
      <w:r>
        <w:rPr>
          <w:rFonts w:ascii="Times New Roman" w:eastAsia="Times New Roman" w:hAnsi="Times New Roman"/>
        </w:rPr>
        <w:t>Bảng phụ lục gốc: 12 dòng họ/chi họ.</w:t>
      </w:r>
    </w:p>
    <w:p w:rsidR="0043335E" w:rsidRDefault="00000000">
      <w:pPr>
        <w:pStyle w:val="ListBullet"/>
      </w:pPr>
      <w:r>
        <w:rPr>
          <w:rFonts w:ascii="Times New Roman" w:eastAsia="Times New Roman" w:hAnsi="Times New Roman"/>
        </w:rPr>
        <w:t>Danh sách Tổ 8 &amp; Tổ 10 (dong-ho-to-8-10.json): 20 dòng họ.</w:t>
      </w:r>
    </w:p>
    <w:p w:rsidR="0043335E" w:rsidRDefault="00000000">
      <w:pPr>
        <w:pStyle w:val="ListBullet"/>
      </w:pPr>
      <w:r>
        <w:rPr>
          <w:rFonts w:ascii="Times New Roman" w:eastAsia="Times New Roman" w:hAnsi="Times New Roman"/>
        </w:rPr>
        <w:t>Khớp / đã có trong bảng 12: Ngô Đăng, Lê Đăng, Nguyễn Ngọc, Nguyễn Như, Nguyễn Văn (Chi 1–2), Hồ, Bùi, Nguyễn Đức, Vũ.</w:t>
      </w:r>
    </w:p>
    <w:p w:rsidR="0043335E" w:rsidRDefault="00000000">
      <w:pPr>
        <w:pStyle w:val="ListBullet"/>
      </w:pPr>
      <w:r>
        <w:rPr>
          <w:rFonts w:ascii="Times New Roman" w:eastAsia="Times New Roman" w:hAnsi="Times New Roman"/>
        </w:rPr>
        <w:t>Có trong bảng 12 nhưng không thuộc Tổ 8/10 hoặc chưa khớp rõ: Nguyễn Văn - Chi 3 (Nguyễn Văn Hào); Nguyễn Phú (Tổ 6).</w:t>
      </w:r>
    </w:p>
    <w:p w:rsidR="0043335E" w:rsidRDefault="00000000">
      <w:pPr>
        <w:pStyle w:val="ListBullet"/>
      </w:pPr>
      <w:r>
        <w:rPr>
          <w:rFonts w:ascii="Times New Roman" w:eastAsia="Times New Roman" w:hAnsi="Times New Roman"/>
        </w:rPr>
        <w:t xml:space="preserve">Còn thiếu cần bổ sung từ Tổ 8/10: </w:t>
      </w:r>
      <w:r w:rsidR="00F06CCF">
        <w:rPr>
          <w:rFonts w:ascii="Times New Roman" w:eastAsia="Times New Roman" w:hAnsi="Times New Roman"/>
        </w:rPr>
        <w:t>8</w:t>
      </w:r>
      <w:r>
        <w:rPr>
          <w:rFonts w:ascii="Times New Roman" w:eastAsia="Times New Roman" w:hAnsi="Times New Roman"/>
        </w:rPr>
        <w:t xml:space="preserve"> dòng họ/chi nhánh (liệt kê ở mục III)</w:t>
      </w:r>
      <w:r w:rsidR="00F06CCF">
        <w:rPr>
          <w:rFonts w:ascii="Times New Roman" w:eastAsia="Times New Roman" w:hAnsi="Times New Roman"/>
        </w:rPr>
        <w:t>, bỏ qua các dòng Nguyễn Văn vì có thể đã khớp ở bản trước</w:t>
      </w:r>
    </w:p>
    <w:p w:rsidR="0043335E" w:rsidRDefault="00000000">
      <w:r>
        <w:rPr>
          <w:rFonts w:ascii="Times New Roman" w:eastAsia="Times New Roman" w:hAnsi="Times New Roman"/>
          <w:b/>
          <w:sz w:val="24"/>
        </w:rPr>
        <w:t>II. Bảng kê 12 dòng họ/chi họ gốc (giữ nguyên)</w:t>
      </w:r>
    </w:p>
    <w:tbl>
      <w:tblPr>
        <w:tblStyle w:val="TableGrid"/>
        <w:tblW w:w="0" w:type="auto"/>
        <w:jc w:val="center"/>
        <w:tblLook w:val="04A0" w:firstRow="1" w:lastRow="0" w:firstColumn="1" w:lastColumn="0" w:noHBand="0" w:noVBand="1"/>
      </w:tblPr>
      <w:tblGrid>
        <w:gridCol w:w="1317"/>
        <w:gridCol w:w="1317"/>
        <w:gridCol w:w="1317"/>
        <w:gridCol w:w="1317"/>
        <w:gridCol w:w="1317"/>
        <w:gridCol w:w="1317"/>
        <w:gridCol w:w="1317"/>
        <w:gridCol w:w="1317"/>
      </w:tblGrid>
      <w:tr w:rsidR="0043335E">
        <w:trPr>
          <w:jc w:val="center"/>
        </w:trPr>
        <w:tc>
          <w:tcPr>
            <w:tcW w:w="1317" w:type="dxa"/>
            <w:shd w:val="clear" w:color="auto" w:fill="D9E2F3"/>
          </w:tcPr>
          <w:p w:rsidR="0043335E" w:rsidRDefault="00000000">
            <w:r>
              <w:rPr>
                <w:rFonts w:ascii="Times New Roman" w:eastAsia="Times New Roman" w:hAnsi="Times New Roman"/>
                <w:b/>
                <w:sz w:val="16"/>
              </w:rPr>
              <w:t>STT</w:t>
            </w:r>
          </w:p>
        </w:tc>
        <w:tc>
          <w:tcPr>
            <w:tcW w:w="1317" w:type="dxa"/>
            <w:shd w:val="clear" w:color="auto" w:fill="D9E2F3"/>
          </w:tcPr>
          <w:p w:rsidR="0043335E" w:rsidRDefault="00000000">
            <w:r>
              <w:rPr>
                <w:rFonts w:ascii="Times New Roman" w:eastAsia="Times New Roman" w:hAnsi="Times New Roman"/>
                <w:b/>
                <w:sz w:val="16"/>
              </w:rPr>
              <w:t>Dòng họ / chi họ</w:t>
            </w:r>
          </w:p>
        </w:tc>
        <w:tc>
          <w:tcPr>
            <w:tcW w:w="1317" w:type="dxa"/>
            <w:shd w:val="clear" w:color="auto" w:fill="D9E2F3"/>
          </w:tcPr>
          <w:p w:rsidR="0043335E" w:rsidRDefault="00000000">
            <w:r>
              <w:rPr>
                <w:rFonts w:ascii="Times New Roman" w:eastAsia="Times New Roman" w:hAnsi="Times New Roman"/>
                <w:b/>
                <w:sz w:val="16"/>
              </w:rPr>
              <w:t>Số đời</w:t>
            </w:r>
          </w:p>
        </w:tc>
        <w:tc>
          <w:tcPr>
            <w:tcW w:w="1317" w:type="dxa"/>
            <w:shd w:val="clear" w:color="auto" w:fill="D9E2F3"/>
          </w:tcPr>
          <w:p w:rsidR="0043335E" w:rsidRDefault="00000000">
            <w:r>
              <w:rPr>
                <w:rFonts w:ascii="Times New Roman" w:eastAsia="Times New Roman" w:hAnsi="Times New Roman"/>
                <w:b/>
                <w:sz w:val="16"/>
              </w:rPr>
              <w:t>Niên đại / thời gian</w:t>
            </w:r>
          </w:p>
        </w:tc>
        <w:tc>
          <w:tcPr>
            <w:tcW w:w="1317" w:type="dxa"/>
            <w:shd w:val="clear" w:color="auto" w:fill="D9E2F3"/>
          </w:tcPr>
          <w:p w:rsidR="0043335E" w:rsidRDefault="00000000">
            <w:r>
              <w:rPr>
                <w:rFonts w:ascii="Times New Roman" w:eastAsia="Times New Roman" w:hAnsi="Times New Roman"/>
                <w:b/>
                <w:sz w:val="16"/>
              </w:rPr>
              <w:t>Quy mô</w:t>
            </w:r>
          </w:p>
        </w:tc>
        <w:tc>
          <w:tcPr>
            <w:tcW w:w="1317" w:type="dxa"/>
            <w:shd w:val="clear" w:color="auto" w:fill="D9E2F3"/>
          </w:tcPr>
          <w:p w:rsidR="0043335E" w:rsidRDefault="00000000">
            <w:r>
              <w:rPr>
                <w:rFonts w:ascii="Times New Roman" w:eastAsia="Times New Roman" w:hAnsi="Times New Roman"/>
                <w:b/>
                <w:sz w:val="16"/>
              </w:rPr>
              <w:t>Trưởng họ / đại diện - địa chỉ</w:t>
            </w:r>
          </w:p>
        </w:tc>
        <w:tc>
          <w:tcPr>
            <w:tcW w:w="1317" w:type="dxa"/>
            <w:shd w:val="clear" w:color="auto" w:fill="D9E2F3"/>
          </w:tcPr>
          <w:p w:rsidR="0043335E" w:rsidRDefault="00000000">
            <w:r>
              <w:rPr>
                <w:rFonts w:ascii="Times New Roman" w:eastAsia="Times New Roman" w:hAnsi="Times New Roman"/>
                <w:b/>
                <w:sz w:val="16"/>
              </w:rPr>
              <w:t>Ghi chú</w:t>
            </w:r>
          </w:p>
        </w:tc>
        <w:tc>
          <w:tcPr>
            <w:tcW w:w="1317" w:type="dxa"/>
            <w:shd w:val="clear" w:color="auto" w:fill="D9E2F3"/>
          </w:tcPr>
          <w:p w:rsidR="0043335E" w:rsidRDefault="00000000">
            <w:r>
              <w:rPr>
                <w:rFonts w:ascii="Times New Roman" w:eastAsia="Times New Roman" w:hAnsi="Times New Roman"/>
                <w:b/>
                <w:sz w:val="16"/>
              </w:rPr>
              <w:t>Khớp Tổ 8/10</w:t>
            </w:r>
          </w:p>
        </w:tc>
      </w:tr>
      <w:tr w:rsidR="0043335E">
        <w:trPr>
          <w:jc w:val="center"/>
        </w:trPr>
        <w:tc>
          <w:tcPr>
            <w:tcW w:w="1317" w:type="dxa"/>
          </w:tcPr>
          <w:p w:rsidR="0043335E" w:rsidRDefault="00000000">
            <w:r>
              <w:rPr>
                <w:rFonts w:ascii="Times New Roman" w:eastAsia="Times New Roman" w:hAnsi="Times New Roman"/>
                <w:sz w:val="16"/>
              </w:rPr>
              <w:t>1</w:t>
            </w:r>
          </w:p>
        </w:tc>
        <w:tc>
          <w:tcPr>
            <w:tcW w:w="1317" w:type="dxa"/>
          </w:tcPr>
          <w:p w:rsidR="0043335E" w:rsidRDefault="00000000">
            <w:r>
              <w:rPr>
                <w:rFonts w:ascii="Times New Roman" w:eastAsia="Times New Roman" w:hAnsi="Times New Roman"/>
                <w:sz w:val="16"/>
              </w:rPr>
              <w:t>Chi họ Ngô Đăng</w:t>
            </w:r>
          </w:p>
        </w:tc>
        <w:tc>
          <w:tcPr>
            <w:tcW w:w="1317" w:type="dxa"/>
          </w:tcPr>
          <w:p w:rsidR="0043335E" w:rsidRDefault="00000000">
            <w:r>
              <w:rPr>
                <w:rFonts w:ascii="Times New Roman" w:eastAsia="Times New Roman" w:hAnsi="Times New Roman"/>
                <w:sz w:val="16"/>
              </w:rPr>
              <w:t>8 đời</w:t>
            </w:r>
          </w:p>
        </w:tc>
        <w:tc>
          <w:tcPr>
            <w:tcW w:w="1317" w:type="dxa"/>
          </w:tcPr>
          <w:p w:rsidR="0043335E" w:rsidRDefault="00000000">
            <w:r>
              <w:rPr>
                <w:rFonts w:ascii="Times New Roman" w:eastAsia="Times New Roman" w:hAnsi="Times New Roman"/>
                <w:sz w:val="16"/>
              </w:rPr>
              <w:t>Từ năm 1740</w:t>
            </w:r>
          </w:p>
        </w:tc>
        <w:tc>
          <w:tcPr>
            <w:tcW w:w="1317" w:type="dxa"/>
          </w:tcPr>
          <w:p w:rsidR="0043335E" w:rsidRDefault="00000000">
            <w:r>
              <w:rPr>
                <w:rFonts w:ascii="Times New Roman" w:eastAsia="Times New Roman" w:hAnsi="Times New Roman"/>
                <w:sz w:val="16"/>
              </w:rPr>
              <w:t>Hơn 200 người</w:t>
            </w:r>
          </w:p>
        </w:tc>
        <w:tc>
          <w:tcPr>
            <w:tcW w:w="1317" w:type="dxa"/>
          </w:tcPr>
          <w:p w:rsidR="0043335E" w:rsidRDefault="00000000">
            <w:r>
              <w:rPr>
                <w:rFonts w:ascii="Times New Roman" w:eastAsia="Times New Roman" w:hAnsi="Times New Roman"/>
                <w:sz w:val="16"/>
              </w:rPr>
              <w:t>Ông Ngô Trọng — 357 đường Ngọc Thụy, TDP 34, P. Bồ Đề, Hà Nội</w:t>
            </w:r>
          </w:p>
        </w:tc>
        <w:tc>
          <w:tcPr>
            <w:tcW w:w="1317" w:type="dxa"/>
          </w:tcPr>
          <w:p w:rsidR="0043335E" w:rsidRDefault="00000000">
            <w:r>
              <w:rPr>
                <w:rFonts w:ascii="Times New Roman" w:eastAsia="Times New Roman" w:hAnsi="Times New Roman"/>
                <w:sz w:val="16"/>
              </w:rPr>
              <w:t>Theo kê khai: hiện thờ tự Việt Quốc Công Thái úy Lý Thường Kiệt là cụ tổ.</w:t>
            </w:r>
          </w:p>
        </w:tc>
        <w:tc>
          <w:tcPr>
            <w:tcW w:w="1317" w:type="dxa"/>
          </w:tcPr>
          <w:p w:rsidR="0043335E" w:rsidRDefault="00000000">
            <w:r>
              <w:rPr>
                <w:rFonts w:ascii="Times New Roman" w:eastAsia="Times New Roman" w:hAnsi="Times New Roman"/>
                <w:sz w:val="16"/>
              </w:rPr>
              <w:t>Ngô Đăng (Tổ 10) — Ngô Thế Trọng</w:t>
            </w:r>
          </w:p>
        </w:tc>
      </w:tr>
      <w:tr w:rsidR="0043335E">
        <w:trPr>
          <w:jc w:val="center"/>
        </w:trPr>
        <w:tc>
          <w:tcPr>
            <w:tcW w:w="1317" w:type="dxa"/>
          </w:tcPr>
          <w:p w:rsidR="0043335E" w:rsidRDefault="00000000">
            <w:r>
              <w:rPr>
                <w:rFonts w:ascii="Times New Roman" w:eastAsia="Times New Roman" w:hAnsi="Times New Roman"/>
                <w:sz w:val="16"/>
              </w:rPr>
              <w:t>2</w:t>
            </w:r>
          </w:p>
        </w:tc>
        <w:tc>
          <w:tcPr>
            <w:tcW w:w="1317" w:type="dxa"/>
          </w:tcPr>
          <w:p w:rsidR="0043335E" w:rsidRDefault="00000000">
            <w:r>
              <w:rPr>
                <w:rFonts w:ascii="Times New Roman" w:eastAsia="Times New Roman" w:hAnsi="Times New Roman"/>
                <w:sz w:val="16"/>
              </w:rPr>
              <w:t>Dòng họ Lê Đăng</w:t>
            </w:r>
          </w:p>
        </w:tc>
        <w:tc>
          <w:tcPr>
            <w:tcW w:w="1317" w:type="dxa"/>
          </w:tcPr>
          <w:p w:rsidR="0043335E" w:rsidRDefault="00000000">
            <w:r>
              <w:rPr>
                <w:rFonts w:ascii="Times New Roman" w:eastAsia="Times New Roman" w:hAnsi="Times New Roman"/>
                <w:sz w:val="16"/>
              </w:rPr>
              <w:t>15 đời</w:t>
            </w:r>
          </w:p>
        </w:tc>
        <w:tc>
          <w:tcPr>
            <w:tcW w:w="1317" w:type="dxa"/>
          </w:tcPr>
          <w:p w:rsidR="0043335E" w:rsidRDefault="00000000">
            <w:r>
              <w:rPr>
                <w:rFonts w:ascii="Times New Roman" w:eastAsia="Times New Roman" w:hAnsi="Times New Roman"/>
                <w:sz w:val="16"/>
              </w:rPr>
              <w:t>Khoảng hơn 300 năm</w:t>
            </w:r>
          </w:p>
        </w:tc>
        <w:tc>
          <w:tcPr>
            <w:tcW w:w="1317" w:type="dxa"/>
          </w:tcPr>
          <w:p w:rsidR="0043335E" w:rsidRDefault="00000000">
            <w:r>
              <w:rPr>
                <w:rFonts w:ascii="Times New Roman" w:eastAsia="Times New Roman" w:hAnsi="Times New Roman"/>
                <w:sz w:val="16"/>
              </w:rPr>
              <w:t>Hơn 500 người</w:t>
            </w:r>
          </w:p>
        </w:tc>
        <w:tc>
          <w:tcPr>
            <w:tcW w:w="1317" w:type="dxa"/>
          </w:tcPr>
          <w:p w:rsidR="0043335E" w:rsidRDefault="00000000">
            <w:r>
              <w:rPr>
                <w:rFonts w:ascii="Times New Roman" w:eastAsia="Times New Roman" w:hAnsi="Times New Roman"/>
                <w:sz w:val="16"/>
              </w:rPr>
              <w:t>Ông Lê Đăng Nghị — 9, ngách 305/24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Lê Đăng (Tổ 10) — Lê Đăng Nghị</w:t>
            </w:r>
          </w:p>
        </w:tc>
      </w:tr>
      <w:tr w:rsidR="0043335E">
        <w:trPr>
          <w:jc w:val="center"/>
        </w:trPr>
        <w:tc>
          <w:tcPr>
            <w:tcW w:w="1317" w:type="dxa"/>
          </w:tcPr>
          <w:p w:rsidR="0043335E" w:rsidRDefault="00000000">
            <w:r>
              <w:rPr>
                <w:rFonts w:ascii="Times New Roman" w:eastAsia="Times New Roman" w:hAnsi="Times New Roman"/>
                <w:sz w:val="16"/>
              </w:rPr>
              <w:t>3</w:t>
            </w:r>
          </w:p>
        </w:tc>
        <w:tc>
          <w:tcPr>
            <w:tcW w:w="1317" w:type="dxa"/>
          </w:tcPr>
          <w:p w:rsidR="0043335E" w:rsidRDefault="00000000">
            <w:r>
              <w:rPr>
                <w:rFonts w:ascii="Times New Roman" w:eastAsia="Times New Roman" w:hAnsi="Times New Roman"/>
                <w:sz w:val="16"/>
              </w:rPr>
              <w:t>Dòng họ Nguyễn Ngọc</w:t>
            </w:r>
          </w:p>
        </w:tc>
        <w:tc>
          <w:tcPr>
            <w:tcW w:w="1317" w:type="dxa"/>
          </w:tcPr>
          <w:p w:rsidR="0043335E" w:rsidRDefault="00000000">
            <w:r>
              <w:rPr>
                <w:rFonts w:ascii="Times New Roman" w:eastAsia="Times New Roman" w:hAnsi="Times New Roman"/>
                <w:sz w:val="16"/>
              </w:rPr>
              <w:t>14 đời</w:t>
            </w:r>
          </w:p>
        </w:tc>
        <w:tc>
          <w:tcPr>
            <w:tcW w:w="1317" w:type="dxa"/>
          </w:tcPr>
          <w:p w:rsidR="0043335E" w:rsidRDefault="00000000">
            <w:r>
              <w:rPr>
                <w:rFonts w:ascii="Times New Roman" w:eastAsia="Times New Roman" w:hAnsi="Times New Roman"/>
                <w:sz w:val="16"/>
              </w:rPr>
              <w:t>Thế kỷ XVII (theo kê khai)</w:t>
            </w:r>
          </w:p>
        </w:tc>
        <w:tc>
          <w:tcPr>
            <w:tcW w:w="1317" w:type="dxa"/>
          </w:tcPr>
          <w:p w:rsidR="0043335E" w:rsidRDefault="00000000">
            <w:r>
              <w:rPr>
                <w:rFonts w:ascii="Times New Roman" w:eastAsia="Times New Roman" w:hAnsi="Times New Roman"/>
                <w:sz w:val="16"/>
              </w:rPr>
              <w:t>Hơn 400 người</w:t>
            </w:r>
          </w:p>
        </w:tc>
        <w:tc>
          <w:tcPr>
            <w:tcW w:w="1317" w:type="dxa"/>
          </w:tcPr>
          <w:p w:rsidR="0043335E" w:rsidRDefault="00000000">
            <w:r>
              <w:rPr>
                <w:rFonts w:ascii="Times New Roman" w:eastAsia="Times New Roman" w:hAnsi="Times New Roman"/>
                <w:sz w:val="16"/>
              </w:rPr>
              <w:t>Ông Nguyễn Ngọc Thi — 2, ngách 293/37 Ngọc Thụy, TDP 34, P. Bồ Đề, Hà Nội</w:t>
            </w:r>
          </w:p>
        </w:tc>
        <w:tc>
          <w:tcPr>
            <w:tcW w:w="1317" w:type="dxa"/>
          </w:tcPr>
          <w:p w:rsidR="0043335E" w:rsidRDefault="00000000">
            <w:r>
              <w:rPr>
                <w:rFonts w:ascii="Times New Roman" w:eastAsia="Times New Roman" w:hAnsi="Times New Roman"/>
                <w:sz w:val="16"/>
              </w:rPr>
              <w:t>Nhân vật tiêu biểu: Anh hùng lực lượng vũ trang Nguyễn Ngọc Nại.</w:t>
            </w:r>
          </w:p>
        </w:tc>
        <w:tc>
          <w:tcPr>
            <w:tcW w:w="1317" w:type="dxa"/>
          </w:tcPr>
          <w:p w:rsidR="0043335E" w:rsidRDefault="00000000">
            <w:r>
              <w:rPr>
                <w:rFonts w:ascii="Times New Roman" w:eastAsia="Times New Roman" w:hAnsi="Times New Roman"/>
                <w:sz w:val="16"/>
              </w:rPr>
              <w:t>Nguyễn Ngọc (Tổ 8) — Nguyễn Ngọc Thi</w:t>
            </w:r>
          </w:p>
        </w:tc>
      </w:tr>
      <w:tr w:rsidR="0043335E">
        <w:trPr>
          <w:jc w:val="center"/>
        </w:trPr>
        <w:tc>
          <w:tcPr>
            <w:tcW w:w="1317" w:type="dxa"/>
          </w:tcPr>
          <w:p w:rsidR="0043335E" w:rsidRDefault="00000000">
            <w:r>
              <w:rPr>
                <w:rFonts w:ascii="Times New Roman" w:eastAsia="Times New Roman" w:hAnsi="Times New Roman"/>
                <w:sz w:val="16"/>
              </w:rPr>
              <w:t>4</w:t>
            </w:r>
          </w:p>
        </w:tc>
        <w:tc>
          <w:tcPr>
            <w:tcW w:w="1317" w:type="dxa"/>
          </w:tcPr>
          <w:p w:rsidR="0043335E" w:rsidRDefault="00000000">
            <w:r>
              <w:rPr>
                <w:rFonts w:ascii="Times New Roman" w:eastAsia="Times New Roman" w:hAnsi="Times New Roman"/>
                <w:sz w:val="16"/>
              </w:rPr>
              <w:t>Dòng họ Nguyễn Như</w:t>
            </w:r>
          </w:p>
        </w:tc>
        <w:tc>
          <w:tcPr>
            <w:tcW w:w="1317" w:type="dxa"/>
          </w:tcPr>
          <w:p w:rsidR="0043335E" w:rsidRDefault="00000000">
            <w:r>
              <w:rPr>
                <w:rFonts w:ascii="Times New Roman" w:eastAsia="Times New Roman" w:hAnsi="Times New Roman"/>
                <w:sz w:val="16"/>
              </w:rPr>
              <w:t>14 đời</w:t>
            </w:r>
          </w:p>
        </w:tc>
        <w:tc>
          <w:tcPr>
            <w:tcW w:w="1317" w:type="dxa"/>
          </w:tcPr>
          <w:p w:rsidR="0043335E" w:rsidRDefault="00000000">
            <w:r>
              <w:rPr>
                <w:rFonts w:ascii="Times New Roman" w:eastAsia="Times New Roman" w:hAnsi="Times New Roman"/>
                <w:sz w:val="16"/>
              </w:rPr>
              <w:t>Khoảng 285 năm</w:t>
            </w:r>
          </w:p>
        </w:tc>
        <w:tc>
          <w:tcPr>
            <w:tcW w:w="1317" w:type="dxa"/>
          </w:tcPr>
          <w:p w:rsidR="0043335E" w:rsidRDefault="00000000">
            <w:r>
              <w:rPr>
                <w:rFonts w:ascii="Times New Roman" w:eastAsia="Times New Roman" w:hAnsi="Times New Roman"/>
                <w:sz w:val="16"/>
              </w:rPr>
              <w:t>Khoảng 400 con cháu</w:t>
            </w:r>
          </w:p>
        </w:tc>
        <w:tc>
          <w:tcPr>
            <w:tcW w:w="1317" w:type="dxa"/>
          </w:tcPr>
          <w:p w:rsidR="0043335E" w:rsidRDefault="00000000">
            <w:r>
              <w:rPr>
                <w:rFonts w:ascii="Times New Roman" w:eastAsia="Times New Roman" w:hAnsi="Times New Roman"/>
                <w:sz w:val="16"/>
              </w:rPr>
              <w:t>Ông Nguyễn Như Trọng — 6, ngõ 285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Nguyễn Như (Tổ 8) — Nguyễn Quốc Trọng (Ông Tính)</w:t>
            </w:r>
          </w:p>
        </w:tc>
      </w:tr>
      <w:tr w:rsidR="0043335E">
        <w:trPr>
          <w:jc w:val="center"/>
        </w:trPr>
        <w:tc>
          <w:tcPr>
            <w:tcW w:w="1317" w:type="dxa"/>
          </w:tcPr>
          <w:p w:rsidR="0043335E" w:rsidRDefault="00000000">
            <w:r>
              <w:rPr>
                <w:rFonts w:ascii="Times New Roman" w:eastAsia="Times New Roman" w:hAnsi="Times New Roman"/>
                <w:sz w:val="16"/>
              </w:rPr>
              <w:t>5</w:t>
            </w:r>
          </w:p>
        </w:tc>
        <w:tc>
          <w:tcPr>
            <w:tcW w:w="1317" w:type="dxa"/>
          </w:tcPr>
          <w:p w:rsidR="0043335E" w:rsidRDefault="00000000">
            <w:r>
              <w:rPr>
                <w:rFonts w:ascii="Times New Roman" w:eastAsia="Times New Roman" w:hAnsi="Times New Roman"/>
                <w:sz w:val="16"/>
              </w:rPr>
              <w:t>Dòng họ Nguyễn Văn - Chi 1</w:t>
            </w:r>
          </w:p>
        </w:tc>
        <w:tc>
          <w:tcPr>
            <w:tcW w:w="1317" w:type="dxa"/>
          </w:tcPr>
          <w:p w:rsidR="0043335E" w:rsidRDefault="00000000">
            <w:r>
              <w:rPr>
                <w:rFonts w:ascii="Times New Roman" w:eastAsia="Times New Roman" w:hAnsi="Times New Roman"/>
                <w:sz w:val="16"/>
              </w:rPr>
              <w:t>14 đời</w:t>
            </w:r>
          </w:p>
        </w:tc>
        <w:tc>
          <w:tcPr>
            <w:tcW w:w="1317" w:type="dxa"/>
          </w:tcPr>
          <w:p w:rsidR="0043335E" w:rsidRDefault="00000000">
            <w:r>
              <w:rPr>
                <w:rFonts w:ascii="Times New Roman" w:eastAsia="Times New Roman" w:hAnsi="Times New Roman"/>
                <w:sz w:val="16"/>
              </w:rPr>
              <w:t>Chưa ghi</w:t>
            </w:r>
          </w:p>
        </w:tc>
        <w:tc>
          <w:tcPr>
            <w:tcW w:w="1317" w:type="dxa"/>
          </w:tcPr>
          <w:p w:rsidR="0043335E" w:rsidRDefault="00000000">
            <w:r>
              <w:rPr>
                <w:rFonts w:ascii="Times New Roman" w:eastAsia="Times New Roman" w:hAnsi="Times New Roman"/>
                <w:sz w:val="16"/>
              </w:rPr>
              <w:t>Chưa ghi</w:t>
            </w:r>
          </w:p>
        </w:tc>
        <w:tc>
          <w:tcPr>
            <w:tcW w:w="1317" w:type="dxa"/>
          </w:tcPr>
          <w:p w:rsidR="0043335E" w:rsidRDefault="00000000">
            <w:r>
              <w:rPr>
                <w:rFonts w:ascii="Times New Roman" w:eastAsia="Times New Roman" w:hAnsi="Times New Roman"/>
                <w:sz w:val="16"/>
              </w:rPr>
              <w:t>Ông Nguyễn Văn Tuấn — 9, ngõ 293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Nguyễn Văn (Tổ 8) — Nguyễn Văn Tuấn</w:t>
            </w:r>
          </w:p>
        </w:tc>
      </w:tr>
      <w:tr w:rsidR="0043335E">
        <w:trPr>
          <w:jc w:val="center"/>
        </w:trPr>
        <w:tc>
          <w:tcPr>
            <w:tcW w:w="1317" w:type="dxa"/>
          </w:tcPr>
          <w:p w:rsidR="0043335E" w:rsidRDefault="00000000">
            <w:r>
              <w:rPr>
                <w:rFonts w:ascii="Times New Roman" w:eastAsia="Times New Roman" w:hAnsi="Times New Roman"/>
                <w:sz w:val="16"/>
              </w:rPr>
              <w:t>6</w:t>
            </w:r>
          </w:p>
        </w:tc>
        <w:tc>
          <w:tcPr>
            <w:tcW w:w="1317" w:type="dxa"/>
          </w:tcPr>
          <w:p w:rsidR="0043335E" w:rsidRDefault="00000000">
            <w:r>
              <w:rPr>
                <w:rFonts w:ascii="Times New Roman" w:eastAsia="Times New Roman" w:hAnsi="Times New Roman"/>
                <w:sz w:val="16"/>
              </w:rPr>
              <w:t>Dòng họ Nguyễn Văn - Chi 2</w:t>
            </w:r>
          </w:p>
        </w:tc>
        <w:tc>
          <w:tcPr>
            <w:tcW w:w="1317" w:type="dxa"/>
          </w:tcPr>
          <w:p w:rsidR="0043335E" w:rsidRDefault="00000000">
            <w:r>
              <w:rPr>
                <w:rFonts w:ascii="Times New Roman" w:eastAsia="Times New Roman" w:hAnsi="Times New Roman"/>
                <w:sz w:val="16"/>
              </w:rPr>
              <w:t>6 đời</w:t>
            </w:r>
          </w:p>
        </w:tc>
        <w:tc>
          <w:tcPr>
            <w:tcW w:w="1317" w:type="dxa"/>
          </w:tcPr>
          <w:p w:rsidR="0043335E" w:rsidRDefault="00000000">
            <w:r>
              <w:rPr>
                <w:rFonts w:ascii="Times New Roman" w:eastAsia="Times New Roman" w:hAnsi="Times New Roman"/>
                <w:sz w:val="16"/>
              </w:rPr>
              <w:t>Khoảng 145 năm</w:t>
            </w:r>
          </w:p>
        </w:tc>
        <w:tc>
          <w:tcPr>
            <w:tcW w:w="1317" w:type="dxa"/>
          </w:tcPr>
          <w:p w:rsidR="0043335E" w:rsidRDefault="00000000">
            <w:r>
              <w:rPr>
                <w:rFonts w:ascii="Times New Roman" w:eastAsia="Times New Roman" w:hAnsi="Times New Roman"/>
                <w:sz w:val="16"/>
              </w:rPr>
              <w:t>Khoảng 500 con cháu</w:t>
            </w:r>
          </w:p>
        </w:tc>
        <w:tc>
          <w:tcPr>
            <w:tcW w:w="1317" w:type="dxa"/>
          </w:tcPr>
          <w:p w:rsidR="0043335E" w:rsidRDefault="00000000">
            <w:r>
              <w:rPr>
                <w:rFonts w:ascii="Times New Roman" w:eastAsia="Times New Roman" w:hAnsi="Times New Roman"/>
                <w:sz w:val="16"/>
              </w:rPr>
              <w:t>Ông Nguyễn Văn Hợp — 14, ngách 305/8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Nguyễn Văn (Tổ 10) — Nguyễn Văn Hợp</w:t>
            </w:r>
          </w:p>
        </w:tc>
      </w:tr>
      <w:tr w:rsidR="0043335E">
        <w:trPr>
          <w:jc w:val="center"/>
        </w:trPr>
        <w:tc>
          <w:tcPr>
            <w:tcW w:w="1317" w:type="dxa"/>
          </w:tcPr>
          <w:p w:rsidR="0043335E" w:rsidRDefault="00000000">
            <w:r>
              <w:rPr>
                <w:rFonts w:ascii="Times New Roman" w:eastAsia="Times New Roman" w:hAnsi="Times New Roman"/>
                <w:sz w:val="16"/>
              </w:rPr>
              <w:t>7</w:t>
            </w:r>
          </w:p>
        </w:tc>
        <w:tc>
          <w:tcPr>
            <w:tcW w:w="1317" w:type="dxa"/>
          </w:tcPr>
          <w:p w:rsidR="0043335E" w:rsidRDefault="00000000">
            <w:r>
              <w:rPr>
                <w:rFonts w:ascii="Times New Roman" w:eastAsia="Times New Roman" w:hAnsi="Times New Roman"/>
                <w:sz w:val="16"/>
              </w:rPr>
              <w:t>Dòng họ Nguyễn Văn - Chi 3</w:t>
            </w:r>
          </w:p>
        </w:tc>
        <w:tc>
          <w:tcPr>
            <w:tcW w:w="1317" w:type="dxa"/>
          </w:tcPr>
          <w:p w:rsidR="0043335E" w:rsidRDefault="00000000">
            <w:r>
              <w:rPr>
                <w:rFonts w:ascii="Times New Roman" w:eastAsia="Times New Roman" w:hAnsi="Times New Roman"/>
                <w:sz w:val="16"/>
              </w:rPr>
              <w:t>6 đời</w:t>
            </w:r>
          </w:p>
        </w:tc>
        <w:tc>
          <w:tcPr>
            <w:tcW w:w="1317" w:type="dxa"/>
          </w:tcPr>
          <w:p w:rsidR="0043335E" w:rsidRDefault="00000000">
            <w:r>
              <w:rPr>
                <w:rFonts w:ascii="Times New Roman" w:eastAsia="Times New Roman" w:hAnsi="Times New Roman"/>
                <w:sz w:val="16"/>
              </w:rPr>
              <w:t>Khoảng 150 năm</w:t>
            </w:r>
          </w:p>
        </w:tc>
        <w:tc>
          <w:tcPr>
            <w:tcW w:w="1317" w:type="dxa"/>
          </w:tcPr>
          <w:p w:rsidR="0043335E" w:rsidRDefault="00000000">
            <w:r>
              <w:rPr>
                <w:rFonts w:ascii="Times New Roman" w:eastAsia="Times New Roman" w:hAnsi="Times New Roman"/>
                <w:sz w:val="16"/>
              </w:rPr>
              <w:t>Khoảng 210 con cháu</w:t>
            </w:r>
          </w:p>
        </w:tc>
        <w:tc>
          <w:tcPr>
            <w:tcW w:w="1317" w:type="dxa"/>
          </w:tcPr>
          <w:p w:rsidR="0043335E" w:rsidRDefault="00000000">
            <w:r>
              <w:rPr>
                <w:rFonts w:ascii="Times New Roman" w:eastAsia="Times New Roman" w:hAnsi="Times New Roman"/>
                <w:sz w:val="16"/>
              </w:rPr>
              <w:t>Ông Nguyễn Văn Hào — 62, ngách 293/37 Ngọc Thụy, TDP 34, P. Bồ Đề, Hà Nội</w:t>
            </w:r>
          </w:p>
        </w:tc>
        <w:tc>
          <w:tcPr>
            <w:tcW w:w="1317" w:type="dxa"/>
          </w:tcPr>
          <w:p w:rsidR="0043335E" w:rsidRDefault="00000000">
            <w:r>
              <w:rPr>
                <w:rFonts w:ascii="Times New Roman" w:eastAsia="Times New Roman" w:hAnsi="Times New Roman"/>
                <w:sz w:val="16"/>
              </w:rPr>
              <w:t xml:space="preserve">Chưa khớp rõ với danh sách Tổ 8/10 (có Nguyễn Văn Tu, Nguyễn Văn Hiền — khác đại </w:t>
            </w:r>
            <w:r>
              <w:rPr>
                <w:rFonts w:ascii="Times New Roman" w:eastAsia="Times New Roman" w:hAnsi="Times New Roman"/>
                <w:sz w:val="16"/>
              </w:rPr>
              <w:lastRenderedPageBreak/>
              <w:t>diện).</w:t>
            </w:r>
          </w:p>
        </w:tc>
        <w:tc>
          <w:tcPr>
            <w:tcW w:w="1317" w:type="dxa"/>
          </w:tcPr>
          <w:p w:rsidR="0043335E" w:rsidRDefault="00000000">
            <w:r>
              <w:rPr>
                <w:rFonts w:ascii="Times New Roman" w:eastAsia="Times New Roman" w:hAnsi="Times New Roman"/>
                <w:sz w:val="16"/>
              </w:rPr>
              <w:lastRenderedPageBreak/>
              <w:t>—</w:t>
            </w:r>
          </w:p>
        </w:tc>
      </w:tr>
      <w:tr w:rsidR="0043335E">
        <w:trPr>
          <w:jc w:val="center"/>
        </w:trPr>
        <w:tc>
          <w:tcPr>
            <w:tcW w:w="1317" w:type="dxa"/>
          </w:tcPr>
          <w:p w:rsidR="0043335E" w:rsidRDefault="00000000">
            <w:r>
              <w:rPr>
                <w:rFonts w:ascii="Times New Roman" w:eastAsia="Times New Roman" w:hAnsi="Times New Roman"/>
                <w:sz w:val="16"/>
              </w:rPr>
              <w:t>8</w:t>
            </w:r>
          </w:p>
        </w:tc>
        <w:tc>
          <w:tcPr>
            <w:tcW w:w="1317" w:type="dxa"/>
          </w:tcPr>
          <w:p w:rsidR="0043335E" w:rsidRDefault="00000000">
            <w:r>
              <w:rPr>
                <w:rFonts w:ascii="Times New Roman" w:eastAsia="Times New Roman" w:hAnsi="Times New Roman"/>
                <w:sz w:val="16"/>
              </w:rPr>
              <w:t>Dòng họ Hồ - Chi 3</w:t>
            </w:r>
          </w:p>
        </w:tc>
        <w:tc>
          <w:tcPr>
            <w:tcW w:w="1317" w:type="dxa"/>
          </w:tcPr>
          <w:p w:rsidR="0043335E" w:rsidRDefault="00000000">
            <w:r>
              <w:rPr>
                <w:rFonts w:ascii="Times New Roman" w:eastAsia="Times New Roman" w:hAnsi="Times New Roman"/>
                <w:sz w:val="16"/>
              </w:rPr>
              <w:t>9 đời</w:t>
            </w:r>
          </w:p>
        </w:tc>
        <w:tc>
          <w:tcPr>
            <w:tcW w:w="1317" w:type="dxa"/>
          </w:tcPr>
          <w:p w:rsidR="0043335E" w:rsidRDefault="00000000">
            <w:r>
              <w:rPr>
                <w:rFonts w:ascii="Times New Roman" w:eastAsia="Times New Roman" w:hAnsi="Times New Roman"/>
                <w:sz w:val="16"/>
              </w:rPr>
              <w:t>Chưa ghi</w:t>
            </w:r>
          </w:p>
        </w:tc>
        <w:tc>
          <w:tcPr>
            <w:tcW w:w="1317" w:type="dxa"/>
          </w:tcPr>
          <w:p w:rsidR="0043335E" w:rsidRDefault="00000000">
            <w:r>
              <w:rPr>
                <w:rFonts w:ascii="Times New Roman" w:eastAsia="Times New Roman" w:hAnsi="Times New Roman"/>
                <w:sz w:val="16"/>
              </w:rPr>
              <w:t>137 người</w:t>
            </w:r>
          </w:p>
        </w:tc>
        <w:tc>
          <w:tcPr>
            <w:tcW w:w="1317" w:type="dxa"/>
          </w:tcPr>
          <w:p w:rsidR="0043335E" w:rsidRDefault="00000000">
            <w:r>
              <w:rPr>
                <w:rFonts w:ascii="Times New Roman" w:eastAsia="Times New Roman" w:hAnsi="Times New Roman"/>
                <w:sz w:val="16"/>
              </w:rPr>
              <w:t>Ông Hồ Như Cường — 7, phố Dã Tượng, P. Hoàn Kiếm,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Hồ (Tổ 8) — Hồ Như Đạo</w:t>
            </w:r>
          </w:p>
        </w:tc>
      </w:tr>
      <w:tr w:rsidR="0043335E">
        <w:trPr>
          <w:jc w:val="center"/>
        </w:trPr>
        <w:tc>
          <w:tcPr>
            <w:tcW w:w="1317" w:type="dxa"/>
          </w:tcPr>
          <w:p w:rsidR="0043335E" w:rsidRDefault="00000000">
            <w:r>
              <w:rPr>
                <w:rFonts w:ascii="Times New Roman" w:eastAsia="Times New Roman" w:hAnsi="Times New Roman"/>
                <w:sz w:val="16"/>
              </w:rPr>
              <w:t>9</w:t>
            </w:r>
          </w:p>
        </w:tc>
        <w:tc>
          <w:tcPr>
            <w:tcW w:w="1317" w:type="dxa"/>
          </w:tcPr>
          <w:p w:rsidR="0043335E" w:rsidRDefault="00000000">
            <w:r>
              <w:rPr>
                <w:rFonts w:ascii="Times New Roman" w:eastAsia="Times New Roman" w:hAnsi="Times New Roman"/>
                <w:sz w:val="16"/>
              </w:rPr>
              <w:t>Dòng họ Nguyễn Phú</w:t>
            </w:r>
          </w:p>
        </w:tc>
        <w:tc>
          <w:tcPr>
            <w:tcW w:w="1317" w:type="dxa"/>
          </w:tcPr>
          <w:p w:rsidR="0043335E" w:rsidRDefault="00000000">
            <w:r>
              <w:rPr>
                <w:rFonts w:ascii="Times New Roman" w:eastAsia="Times New Roman" w:hAnsi="Times New Roman"/>
                <w:sz w:val="16"/>
              </w:rPr>
              <w:t>9 đời</w:t>
            </w:r>
          </w:p>
        </w:tc>
        <w:tc>
          <w:tcPr>
            <w:tcW w:w="1317" w:type="dxa"/>
          </w:tcPr>
          <w:p w:rsidR="0043335E" w:rsidRDefault="00000000">
            <w:r>
              <w:rPr>
                <w:rFonts w:ascii="Times New Roman" w:eastAsia="Times New Roman" w:hAnsi="Times New Roman"/>
                <w:sz w:val="16"/>
              </w:rPr>
              <w:t>Khoảng 150 năm</w:t>
            </w:r>
          </w:p>
        </w:tc>
        <w:tc>
          <w:tcPr>
            <w:tcW w:w="1317" w:type="dxa"/>
          </w:tcPr>
          <w:p w:rsidR="0043335E" w:rsidRDefault="00000000">
            <w:r>
              <w:rPr>
                <w:rFonts w:ascii="Times New Roman" w:eastAsia="Times New Roman" w:hAnsi="Times New Roman"/>
                <w:sz w:val="16"/>
              </w:rPr>
              <w:t>Khoảng 250 con cháu</w:t>
            </w:r>
          </w:p>
        </w:tc>
        <w:tc>
          <w:tcPr>
            <w:tcW w:w="1317" w:type="dxa"/>
          </w:tcPr>
          <w:p w:rsidR="0043335E" w:rsidRDefault="00000000">
            <w:r>
              <w:rPr>
                <w:rFonts w:ascii="Times New Roman" w:eastAsia="Times New Roman" w:hAnsi="Times New Roman"/>
                <w:sz w:val="16"/>
              </w:rPr>
              <w:t>Ông Nguyễn Phú Quốc — 66, ngõ 86 Ngọc Thụy, P. Bồ Đề, Hà Nội</w:t>
            </w:r>
          </w:p>
        </w:tc>
        <w:tc>
          <w:tcPr>
            <w:tcW w:w="1317" w:type="dxa"/>
          </w:tcPr>
          <w:p w:rsidR="0043335E" w:rsidRDefault="00000000">
            <w:r>
              <w:rPr>
                <w:rFonts w:ascii="Times New Roman" w:eastAsia="Times New Roman" w:hAnsi="Times New Roman"/>
                <w:sz w:val="16"/>
              </w:rPr>
              <w:t>Thành viên nổi bật theo kê khai: Nguyễn Phú Xuyên Khung, Nguyễn Phú Vị. Theo danh sách ảnh: Tổ 6 (không thuộc Tổ 8/10).</w:t>
            </w:r>
          </w:p>
        </w:tc>
        <w:tc>
          <w:tcPr>
            <w:tcW w:w="1317" w:type="dxa"/>
          </w:tcPr>
          <w:p w:rsidR="0043335E" w:rsidRDefault="00000000">
            <w:r>
              <w:rPr>
                <w:rFonts w:ascii="Times New Roman" w:eastAsia="Times New Roman" w:hAnsi="Times New Roman"/>
                <w:sz w:val="16"/>
              </w:rPr>
              <w:t>Nguyễn Phú (Tổ 6) — ngoài phạm vi Tổ 8/10</w:t>
            </w:r>
          </w:p>
        </w:tc>
      </w:tr>
      <w:tr w:rsidR="0043335E">
        <w:trPr>
          <w:jc w:val="center"/>
        </w:trPr>
        <w:tc>
          <w:tcPr>
            <w:tcW w:w="1317" w:type="dxa"/>
          </w:tcPr>
          <w:p w:rsidR="0043335E" w:rsidRDefault="00000000">
            <w:r>
              <w:rPr>
                <w:rFonts w:ascii="Times New Roman" w:eastAsia="Times New Roman" w:hAnsi="Times New Roman"/>
                <w:sz w:val="16"/>
              </w:rPr>
              <w:t>10</w:t>
            </w:r>
          </w:p>
        </w:tc>
        <w:tc>
          <w:tcPr>
            <w:tcW w:w="1317" w:type="dxa"/>
          </w:tcPr>
          <w:p w:rsidR="0043335E" w:rsidRDefault="00000000">
            <w:r>
              <w:rPr>
                <w:rFonts w:ascii="Times New Roman" w:eastAsia="Times New Roman" w:hAnsi="Times New Roman"/>
                <w:sz w:val="16"/>
              </w:rPr>
              <w:t>Dòng họ Bùi</w:t>
            </w:r>
          </w:p>
        </w:tc>
        <w:tc>
          <w:tcPr>
            <w:tcW w:w="1317" w:type="dxa"/>
          </w:tcPr>
          <w:p w:rsidR="0043335E" w:rsidRDefault="00000000">
            <w:r>
              <w:rPr>
                <w:rFonts w:ascii="Times New Roman" w:eastAsia="Times New Roman" w:hAnsi="Times New Roman"/>
                <w:sz w:val="16"/>
              </w:rPr>
              <w:t>7 đời</w:t>
            </w:r>
          </w:p>
        </w:tc>
        <w:tc>
          <w:tcPr>
            <w:tcW w:w="1317" w:type="dxa"/>
          </w:tcPr>
          <w:p w:rsidR="0043335E" w:rsidRDefault="00000000">
            <w:r>
              <w:rPr>
                <w:rFonts w:ascii="Times New Roman" w:eastAsia="Times New Roman" w:hAnsi="Times New Roman"/>
                <w:sz w:val="16"/>
              </w:rPr>
              <w:t>Khoảng 190 năm</w:t>
            </w:r>
          </w:p>
        </w:tc>
        <w:tc>
          <w:tcPr>
            <w:tcW w:w="1317" w:type="dxa"/>
          </w:tcPr>
          <w:p w:rsidR="0043335E" w:rsidRDefault="00000000">
            <w:r>
              <w:rPr>
                <w:rFonts w:ascii="Times New Roman" w:eastAsia="Times New Roman" w:hAnsi="Times New Roman"/>
                <w:sz w:val="16"/>
              </w:rPr>
              <w:t>164 con cháu</w:t>
            </w:r>
          </w:p>
        </w:tc>
        <w:tc>
          <w:tcPr>
            <w:tcW w:w="1317" w:type="dxa"/>
          </w:tcPr>
          <w:p w:rsidR="0043335E" w:rsidRDefault="00000000">
            <w:r>
              <w:rPr>
                <w:rFonts w:ascii="Times New Roman" w:eastAsia="Times New Roman" w:hAnsi="Times New Roman"/>
                <w:sz w:val="16"/>
              </w:rPr>
              <w:t>Ông Bùi Chí Nghi — 92, ngõ 293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Bùi (Tổ 10) — Bùi Chí Nghi</w:t>
            </w:r>
          </w:p>
        </w:tc>
      </w:tr>
      <w:tr w:rsidR="0043335E">
        <w:trPr>
          <w:jc w:val="center"/>
        </w:trPr>
        <w:tc>
          <w:tcPr>
            <w:tcW w:w="1317" w:type="dxa"/>
          </w:tcPr>
          <w:p w:rsidR="0043335E" w:rsidRDefault="00000000">
            <w:r>
              <w:rPr>
                <w:rFonts w:ascii="Times New Roman" w:eastAsia="Times New Roman" w:hAnsi="Times New Roman"/>
                <w:sz w:val="16"/>
              </w:rPr>
              <w:t>11</w:t>
            </w:r>
          </w:p>
        </w:tc>
        <w:tc>
          <w:tcPr>
            <w:tcW w:w="1317" w:type="dxa"/>
          </w:tcPr>
          <w:p w:rsidR="0043335E" w:rsidRDefault="00000000">
            <w:r>
              <w:rPr>
                <w:rFonts w:ascii="Times New Roman" w:eastAsia="Times New Roman" w:hAnsi="Times New Roman"/>
                <w:sz w:val="16"/>
              </w:rPr>
              <w:t>Dòng họ Nguyễn Đức</w:t>
            </w:r>
          </w:p>
        </w:tc>
        <w:tc>
          <w:tcPr>
            <w:tcW w:w="1317" w:type="dxa"/>
          </w:tcPr>
          <w:p w:rsidR="0043335E" w:rsidRDefault="00000000">
            <w:r>
              <w:rPr>
                <w:rFonts w:ascii="Times New Roman" w:eastAsia="Times New Roman" w:hAnsi="Times New Roman"/>
                <w:sz w:val="16"/>
              </w:rPr>
              <w:t>6 đời</w:t>
            </w:r>
          </w:p>
        </w:tc>
        <w:tc>
          <w:tcPr>
            <w:tcW w:w="1317" w:type="dxa"/>
          </w:tcPr>
          <w:p w:rsidR="0043335E" w:rsidRDefault="00000000">
            <w:r>
              <w:rPr>
                <w:rFonts w:ascii="Times New Roman" w:eastAsia="Times New Roman" w:hAnsi="Times New Roman"/>
                <w:sz w:val="16"/>
              </w:rPr>
              <w:t>Từ năm 1850</w:t>
            </w:r>
          </w:p>
        </w:tc>
        <w:tc>
          <w:tcPr>
            <w:tcW w:w="1317" w:type="dxa"/>
          </w:tcPr>
          <w:p w:rsidR="0043335E" w:rsidRDefault="00000000">
            <w:r>
              <w:rPr>
                <w:rFonts w:ascii="Times New Roman" w:eastAsia="Times New Roman" w:hAnsi="Times New Roman"/>
                <w:sz w:val="16"/>
              </w:rPr>
              <w:t>70 con cháu</w:t>
            </w:r>
          </w:p>
        </w:tc>
        <w:tc>
          <w:tcPr>
            <w:tcW w:w="1317" w:type="dxa"/>
          </w:tcPr>
          <w:p w:rsidR="0043335E" w:rsidRDefault="00000000">
            <w:r>
              <w:rPr>
                <w:rFonts w:ascii="Times New Roman" w:eastAsia="Times New Roman" w:hAnsi="Times New Roman"/>
                <w:sz w:val="16"/>
              </w:rPr>
              <w:t>Ông Nguyễn Đức Tuấn — 89, ngõ 293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Nguyễn Đức (Tổ 10) — Nguyễn Đức Tuấn</w:t>
            </w:r>
          </w:p>
        </w:tc>
      </w:tr>
      <w:tr w:rsidR="0043335E">
        <w:trPr>
          <w:jc w:val="center"/>
        </w:trPr>
        <w:tc>
          <w:tcPr>
            <w:tcW w:w="1317" w:type="dxa"/>
          </w:tcPr>
          <w:p w:rsidR="0043335E" w:rsidRDefault="00000000">
            <w:r>
              <w:rPr>
                <w:rFonts w:ascii="Times New Roman" w:eastAsia="Times New Roman" w:hAnsi="Times New Roman"/>
                <w:sz w:val="16"/>
              </w:rPr>
              <w:t>12</w:t>
            </w:r>
          </w:p>
        </w:tc>
        <w:tc>
          <w:tcPr>
            <w:tcW w:w="1317" w:type="dxa"/>
          </w:tcPr>
          <w:p w:rsidR="0043335E" w:rsidRDefault="00000000">
            <w:r>
              <w:rPr>
                <w:rFonts w:ascii="Times New Roman" w:eastAsia="Times New Roman" w:hAnsi="Times New Roman"/>
                <w:sz w:val="16"/>
              </w:rPr>
              <w:t>Dòng họ Vũ Văn</w:t>
            </w:r>
          </w:p>
        </w:tc>
        <w:tc>
          <w:tcPr>
            <w:tcW w:w="1317" w:type="dxa"/>
          </w:tcPr>
          <w:p w:rsidR="0043335E" w:rsidRDefault="00000000">
            <w:r>
              <w:rPr>
                <w:rFonts w:ascii="Times New Roman" w:eastAsia="Times New Roman" w:hAnsi="Times New Roman"/>
                <w:sz w:val="16"/>
              </w:rPr>
              <w:t>6 đời</w:t>
            </w:r>
          </w:p>
        </w:tc>
        <w:tc>
          <w:tcPr>
            <w:tcW w:w="1317" w:type="dxa"/>
          </w:tcPr>
          <w:p w:rsidR="0043335E" w:rsidRDefault="00000000">
            <w:r>
              <w:rPr>
                <w:rFonts w:ascii="Times New Roman" w:eastAsia="Times New Roman" w:hAnsi="Times New Roman"/>
                <w:sz w:val="16"/>
              </w:rPr>
              <w:t>Từ năm 1854</w:t>
            </w:r>
          </w:p>
        </w:tc>
        <w:tc>
          <w:tcPr>
            <w:tcW w:w="1317" w:type="dxa"/>
          </w:tcPr>
          <w:p w:rsidR="0043335E" w:rsidRDefault="00000000">
            <w:r>
              <w:rPr>
                <w:rFonts w:ascii="Times New Roman" w:eastAsia="Times New Roman" w:hAnsi="Times New Roman"/>
                <w:sz w:val="16"/>
              </w:rPr>
              <w:t>Chưa ghi</w:t>
            </w:r>
          </w:p>
        </w:tc>
        <w:tc>
          <w:tcPr>
            <w:tcW w:w="1317" w:type="dxa"/>
          </w:tcPr>
          <w:p w:rsidR="0043335E" w:rsidRDefault="00000000">
            <w:r>
              <w:rPr>
                <w:rFonts w:ascii="Times New Roman" w:eastAsia="Times New Roman" w:hAnsi="Times New Roman"/>
                <w:sz w:val="16"/>
              </w:rPr>
              <w:t>Trưởng họ: ông Vũ Văn Hùng — Tổ 37 Ngọc Thụy, P. Bồ Đề, Hà Nội; Đại diện tại Bắc Biên: ông Vũ Văn Mai — 7, ngách 293/74 Ngọc Thụy, TDP 34, P. Bồ Đề, Hà Nội</w:t>
            </w:r>
          </w:p>
        </w:tc>
        <w:tc>
          <w:tcPr>
            <w:tcW w:w="1317" w:type="dxa"/>
          </w:tcPr>
          <w:p w:rsidR="0043335E" w:rsidRDefault="0043335E"/>
        </w:tc>
        <w:tc>
          <w:tcPr>
            <w:tcW w:w="1317" w:type="dxa"/>
          </w:tcPr>
          <w:p w:rsidR="0043335E" w:rsidRDefault="00000000">
            <w:r>
              <w:rPr>
                <w:rFonts w:ascii="Times New Roman" w:eastAsia="Times New Roman" w:hAnsi="Times New Roman"/>
                <w:sz w:val="16"/>
              </w:rPr>
              <w:t>Vũ (Tổ 10) — Vũ Văn Đức</w:t>
            </w:r>
          </w:p>
        </w:tc>
      </w:tr>
    </w:tbl>
    <w:p w:rsidR="0043335E" w:rsidRDefault="00000000">
      <w:pPr>
        <w:spacing w:before="200"/>
      </w:pPr>
      <w:r>
        <w:rPr>
          <w:rFonts w:ascii="Times New Roman" w:eastAsia="Times New Roman" w:hAnsi="Times New Roman"/>
          <w:b/>
          <w:sz w:val="24"/>
        </w:rPr>
        <w:t>III. Các dòng họ còn thiếu — bổ sung từ danh sách Tổ 8 &amp; Tổ 10</w:t>
      </w:r>
    </w:p>
    <w:tbl>
      <w:tblPr>
        <w:tblStyle w:val="TableGrid"/>
        <w:tblW w:w="0" w:type="auto"/>
        <w:tblLook w:val="04A0" w:firstRow="1" w:lastRow="0" w:firstColumn="1" w:lastColumn="0" w:noHBand="0" w:noVBand="1"/>
      </w:tblPr>
      <w:tblGrid>
        <w:gridCol w:w="1171"/>
        <w:gridCol w:w="1171"/>
        <w:gridCol w:w="1171"/>
        <w:gridCol w:w="1171"/>
        <w:gridCol w:w="1171"/>
        <w:gridCol w:w="1171"/>
        <w:gridCol w:w="1171"/>
        <w:gridCol w:w="1171"/>
        <w:gridCol w:w="1171"/>
      </w:tblGrid>
      <w:tr w:rsidR="0043335E">
        <w:tc>
          <w:tcPr>
            <w:tcW w:w="1171" w:type="dxa"/>
            <w:shd w:val="clear" w:color="auto" w:fill="E2EFDA"/>
          </w:tcPr>
          <w:p w:rsidR="0043335E" w:rsidRDefault="00000000">
            <w:r>
              <w:rPr>
                <w:rFonts w:ascii="Times New Roman" w:eastAsia="Times New Roman" w:hAnsi="Times New Roman"/>
                <w:b/>
                <w:sz w:val="16"/>
              </w:rPr>
              <w:t>STT</w:t>
            </w:r>
          </w:p>
        </w:tc>
        <w:tc>
          <w:tcPr>
            <w:tcW w:w="1171" w:type="dxa"/>
            <w:shd w:val="clear" w:color="auto" w:fill="E2EFDA"/>
          </w:tcPr>
          <w:p w:rsidR="0043335E" w:rsidRDefault="00000000">
            <w:r>
              <w:rPr>
                <w:rFonts w:ascii="Times New Roman" w:eastAsia="Times New Roman" w:hAnsi="Times New Roman"/>
                <w:b/>
                <w:sz w:val="16"/>
              </w:rPr>
              <w:t>Dòng họ / chi họ</w:t>
            </w:r>
          </w:p>
        </w:tc>
        <w:tc>
          <w:tcPr>
            <w:tcW w:w="1171" w:type="dxa"/>
            <w:shd w:val="clear" w:color="auto" w:fill="E2EFDA"/>
          </w:tcPr>
          <w:p w:rsidR="0043335E" w:rsidRDefault="00000000">
            <w:r>
              <w:rPr>
                <w:rFonts w:ascii="Times New Roman" w:eastAsia="Times New Roman" w:hAnsi="Times New Roman"/>
                <w:b/>
                <w:sz w:val="16"/>
              </w:rPr>
              <w:t>Số đời</w:t>
            </w:r>
          </w:p>
        </w:tc>
        <w:tc>
          <w:tcPr>
            <w:tcW w:w="1171" w:type="dxa"/>
            <w:shd w:val="clear" w:color="auto" w:fill="E2EFDA"/>
          </w:tcPr>
          <w:p w:rsidR="0043335E" w:rsidRDefault="00000000">
            <w:r>
              <w:rPr>
                <w:rFonts w:ascii="Times New Roman" w:eastAsia="Times New Roman" w:hAnsi="Times New Roman"/>
                <w:b/>
                <w:sz w:val="16"/>
              </w:rPr>
              <w:t>Niên đại / thời gian</w:t>
            </w:r>
          </w:p>
        </w:tc>
        <w:tc>
          <w:tcPr>
            <w:tcW w:w="1171" w:type="dxa"/>
            <w:shd w:val="clear" w:color="auto" w:fill="E2EFDA"/>
          </w:tcPr>
          <w:p w:rsidR="0043335E" w:rsidRDefault="00000000">
            <w:r>
              <w:rPr>
                <w:rFonts w:ascii="Times New Roman" w:eastAsia="Times New Roman" w:hAnsi="Times New Roman"/>
                <w:b/>
                <w:sz w:val="16"/>
              </w:rPr>
              <w:t>Quy mô con cháu</w:t>
            </w:r>
          </w:p>
        </w:tc>
        <w:tc>
          <w:tcPr>
            <w:tcW w:w="1171" w:type="dxa"/>
            <w:shd w:val="clear" w:color="auto" w:fill="E2EFDA"/>
          </w:tcPr>
          <w:p w:rsidR="0043335E" w:rsidRDefault="00000000">
            <w:r>
              <w:rPr>
                <w:rFonts w:ascii="Times New Roman" w:eastAsia="Times New Roman" w:hAnsi="Times New Roman"/>
                <w:b/>
                <w:sz w:val="16"/>
              </w:rPr>
              <w:t>Trưởng họ / đại diện</w:t>
            </w:r>
          </w:p>
        </w:tc>
        <w:tc>
          <w:tcPr>
            <w:tcW w:w="1171" w:type="dxa"/>
            <w:shd w:val="clear" w:color="auto" w:fill="E2EFDA"/>
          </w:tcPr>
          <w:p w:rsidR="0043335E" w:rsidRDefault="00000000">
            <w:r>
              <w:rPr>
                <w:rFonts w:ascii="Times New Roman" w:eastAsia="Times New Roman" w:hAnsi="Times New Roman"/>
                <w:b/>
                <w:sz w:val="16"/>
              </w:rPr>
              <w:t>Địa chỉ (Tổ)</w:t>
            </w:r>
          </w:p>
        </w:tc>
        <w:tc>
          <w:tcPr>
            <w:tcW w:w="1171" w:type="dxa"/>
            <w:shd w:val="clear" w:color="auto" w:fill="E2EFDA"/>
          </w:tcPr>
          <w:p w:rsidR="0043335E" w:rsidRDefault="00000000">
            <w:r>
              <w:rPr>
                <w:rFonts w:ascii="Times New Roman" w:eastAsia="Times New Roman" w:hAnsi="Times New Roman"/>
                <w:b/>
                <w:sz w:val="16"/>
              </w:rPr>
              <w:t>Ghi chú</w:t>
            </w:r>
          </w:p>
        </w:tc>
        <w:tc>
          <w:tcPr>
            <w:tcW w:w="1171" w:type="dxa"/>
            <w:shd w:val="clear" w:color="auto" w:fill="E2EFDA"/>
          </w:tcPr>
          <w:p w:rsidR="0043335E" w:rsidRDefault="00000000">
            <w:r>
              <w:rPr>
                <w:rFonts w:ascii="Times New Roman" w:eastAsia="Times New Roman" w:hAnsi="Times New Roman"/>
                <w:b/>
                <w:sz w:val="16"/>
              </w:rPr>
              <w:t>Nguồn TT ảnh</w:t>
            </w:r>
          </w:p>
        </w:tc>
      </w:tr>
      <w:tr w:rsidR="0043335E">
        <w:tc>
          <w:tcPr>
            <w:tcW w:w="1171" w:type="dxa"/>
            <w:shd w:val="clear" w:color="auto" w:fill="FFF2CC"/>
          </w:tcPr>
          <w:p w:rsidR="0043335E" w:rsidRDefault="00000000">
            <w:r>
              <w:rPr>
                <w:rFonts w:ascii="Times New Roman" w:eastAsia="Times New Roman" w:hAnsi="Times New Roman"/>
                <w:sz w:val="16"/>
              </w:rPr>
              <w:t>13</w:t>
            </w:r>
          </w:p>
        </w:tc>
        <w:tc>
          <w:tcPr>
            <w:tcW w:w="1171" w:type="dxa"/>
          </w:tcPr>
          <w:p w:rsidR="0043335E" w:rsidRDefault="00000000">
            <w:r>
              <w:rPr>
                <w:rFonts w:ascii="Times New Roman" w:eastAsia="Times New Roman" w:hAnsi="Times New Roman"/>
                <w:sz w:val="16"/>
              </w:rPr>
              <w:t>Dòng họ Nguyễn Kim</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Nguyễn Kim Duy</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43335E"/>
        </w:tc>
        <w:tc>
          <w:tcPr>
            <w:tcW w:w="1171" w:type="dxa"/>
          </w:tcPr>
          <w:p w:rsidR="0043335E" w:rsidRDefault="00000000">
            <w:r>
              <w:rPr>
                <w:rFonts w:ascii="Times New Roman" w:eastAsia="Times New Roman" w:hAnsi="Times New Roman"/>
                <w:sz w:val="16"/>
              </w:rPr>
              <w:t>3</w:t>
            </w:r>
          </w:p>
        </w:tc>
      </w:tr>
      <w:tr w:rsidR="0043335E">
        <w:tc>
          <w:tcPr>
            <w:tcW w:w="1171" w:type="dxa"/>
            <w:shd w:val="clear" w:color="auto" w:fill="FFF2CC"/>
          </w:tcPr>
          <w:p w:rsidR="0043335E" w:rsidRDefault="00000000">
            <w:r>
              <w:rPr>
                <w:rFonts w:ascii="Times New Roman" w:eastAsia="Times New Roman" w:hAnsi="Times New Roman"/>
                <w:sz w:val="16"/>
              </w:rPr>
              <w:t>14</w:t>
            </w:r>
          </w:p>
        </w:tc>
        <w:tc>
          <w:tcPr>
            <w:tcW w:w="1171" w:type="dxa"/>
          </w:tcPr>
          <w:p w:rsidR="0043335E" w:rsidRDefault="00000000">
            <w:r>
              <w:rPr>
                <w:rFonts w:ascii="Times New Roman" w:eastAsia="Times New Roman" w:hAnsi="Times New Roman"/>
                <w:sz w:val="16"/>
              </w:rPr>
              <w:t>Dòng họ Đào</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Đào Công Minh</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43335E"/>
        </w:tc>
        <w:tc>
          <w:tcPr>
            <w:tcW w:w="1171" w:type="dxa"/>
          </w:tcPr>
          <w:p w:rsidR="0043335E" w:rsidRDefault="00000000">
            <w:r>
              <w:rPr>
                <w:rFonts w:ascii="Times New Roman" w:eastAsia="Times New Roman" w:hAnsi="Times New Roman"/>
                <w:sz w:val="16"/>
              </w:rPr>
              <w:t>4</w:t>
            </w:r>
          </w:p>
        </w:tc>
      </w:tr>
      <w:tr w:rsidR="0043335E">
        <w:tc>
          <w:tcPr>
            <w:tcW w:w="1171" w:type="dxa"/>
            <w:shd w:val="clear" w:color="auto" w:fill="FFF2CC"/>
          </w:tcPr>
          <w:p w:rsidR="0043335E" w:rsidRDefault="00000000">
            <w:r>
              <w:rPr>
                <w:rFonts w:ascii="Times New Roman" w:eastAsia="Times New Roman" w:hAnsi="Times New Roman"/>
                <w:sz w:val="16"/>
              </w:rPr>
              <w:t>15</w:t>
            </w:r>
          </w:p>
        </w:tc>
        <w:tc>
          <w:tcPr>
            <w:tcW w:w="1171" w:type="dxa"/>
          </w:tcPr>
          <w:p w:rsidR="0043335E" w:rsidRDefault="00000000">
            <w:r>
              <w:rPr>
                <w:rFonts w:ascii="Times New Roman" w:eastAsia="Times New Roman" w:hAnsi="Times New Roman"/>
                <w:sz w:val="16"/>
              </w:rPr>
              <w:t>Dòng họ Nguyễn Hữu</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Bà Cậy</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43335E"/>
        </w:tc>
        <w:tc>
          <w:tcPr>
            <w:tcW w:w="1171" w:type="dxa"/>
          </w:tcPr>
          <w:p w:rsidR="0043335E" w:rsidRDefault="00000000">
            <w:r>
              <w:rPr>
                <w:rFonts w:ascii="Times New Roman" w:eastAsia="Times New Roman" w:hAnsi="Times New Roman"/>
                <w:sz w:val="16"/>
              </w:rPr>
              <w:t>5</w:t>
            </w:r>
          </w:p>
        </w:tc>
      </w:tr>
      <w:tr w:rsidR="0043335E">
        <w:tc>
          <w:tcPr>
            <w:tcW w:w="1171" w:type="dxa"/>
            <w:shd w:val="clear" w:color="auto" w:fill="FFF2CC"/>
          </w:tcPr>
          <w:p w:rsidR="0043335E" w:rsidRDefault="00000000">
            <w:r>
              <w:rPr>
                <w:rFonts w:ascii="Times New Roman" w:eastAsia="Times New Roman" w:hAnsi="Times New Roman"/>
                <w:sz w:val="16"/>
              </w:rPr>
              <w:t>16</w:t>
            </w:r>
          </w:p>
        </w:tc>
        <w:tc>
          <w:tcPr>
            <w:tcW w:w="1171" w:type="dxa"/>
          </w:tcPr>
          <w:p w:rsidR="0043335E" w:rsidRDefault="00000000">
            <w:r>
              <w:rPr>
                <w:rFonts w:ascii="Times New Roman" w:eastAsia="Times New Roman" w:hAnsi="Times New Roman"/>
                <w:sz w:val="16"/>
              </w:rPr>
              <w:t>Dòng họ Nguyễn Viết</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Ông Nguyễn Viết My</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43335E"/>
        </w:tc>
        <w:tc>
          <w:tcPr>
            <w:tcW w:w="1171" w:type="dxa"/>
          </w:tcPr>
          <w:p w:rsidR="0043335E" w:rsidRDefault="00000000">
            <w:r>
              <w:rPr>
                <w:rFonts w:ascii="Times New Roman" w:eastAsia="Times New Roman" w:hAnsi="Times New Roman"/>
                <w:sz w:val="16"/>
              </w:rPr>
              <w:t>7</w:t>
            </w:r>
          </w:p>
        </w:tc>
      </w:tr>
      <w:tr w:rsidR="0043335E">
        <w:tc>
          <w:tcPr>
            <w:tcW w:w="1171" w:type="dxa"/>
            <w:shd w:val="clear" w:color="auto" w:fill="FFF2CC"/>
          </w:tcPr>
          <w:p w:rsidR="0043335E" w:rsidRDefault="00000000">
            <w:r>
              <w:rPr>
                <w:rFonts w:ascii="Times New Roman" w:eastAsia="Times New Roman" w:hAnsi="Times New Roman"/>
                <w:sz w:val="16"/>
              </w:rPr>
              <w:t>1</w:t>
            </w:r>
            <w:r w:rsidR="00F06CCF">
              <w:rPr>
                <w:rFonts w:ascii="Times New Roman" w:eastAsia="Times New Roman" w:hAnsi="Times New Roman"/>
                <w:sz w:val="16"/>
              </w:rPr>
              <w:t>7</w:t>
            </w:r>
          </w:p>
        </w:tc>
        <w:tc>
          <w:tcPr>
            <w:tcW w:w="1171" w:type="dxa"/>
          </w:tcPr>
          <w:p w:rsidR="0043335E" w:rsidRDefault="00000000">
            <w:r>
              <w:rPr>
                <w:rFonts w:ascii="Times New Roman" w:eastAsia="Times New Roman" w:hAnsi="Times New Roman"/>
                <w:sz w:val="16"/>
              </w:rPr>
              <w:t>Dòng họ Nguyễn Đăng</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Nguyễn Đăng Dung</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000000">
            <w:r>
              <w:rPr>
                <w:rFonts w:ascii="Times New Roman" w:eastAsia="Times New Roman" w:hAnsi="Times New Roman"/>
                <w:sz w:val="16"/>
              </w:rPr>
              <w:t>Dung Nhị</w:t>
            </w:r>
          </w:p>
        </w:tc>
        <w:tc>
          <w:tcPr>
            <w:tcW w:w="1171" w:type="dxa"/>
          </w:tcPr>
          <w:p w:rsidR="0043335E" w:rsidRDefault="00000000">
            <w:r>
              <w:rPr>
                <w:rFonts w:ascii="Times New Roman" w:eastAsia="Times New Roman" w:hAnsi="Times New Roman"/>
                <w:sz w:val="16"/>
              </w:rPr>
              <w:t>11</w:t>
            </w:r>
          </w:p>
        </w:tc>
      </w:tr>
      <w:tr w:rsidR="0043335E">
        <w:tc>
          <w:tcPr>
            <w:tcW w:w="1171" w:type="dxa"/>
            <w:shd w:val="clear" w:color="auto" w:fill="FFF2CC"/>
          </w:tcPr>
          <w:p w:rsidR="0043335E" w:rsidRDefault="00F06CCF">
            <w:r>
              <w:rPr>
                <w:rFonts w:ascii="Times New Roman" w:eastAsia="Times New Roman" w:hAnsi="Times New Roman"/>
                <w:sz w:val="16"/>
              </w:rPr>
              <w:t>18</w:t>
            </w:r>
          </w:p>
        </w:tc>
        <w:tc>
          <w:tcPr>
            <w:tcW w:w="1171" w:type="dxa"/>
          </w:tcPr>
          <w:p w:rsidR="0043335E" w:rsidRDefault="00000000">
            <w:r>
              <w:rPr>
                <w:rFonts w:ascii="Times New Roman" w:eastAsia="Times New Roman" w:hAnsi="Times New Roman"/>
                <w:sz w:val="16"/>
              </w:rPr>
              <w:t>Dòng họ Nguyễn Công</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Nguyễn Công Hợi</w:t>
            </w:r>
          </w:p>
        </w:tc>
        <w:tc>
          <w:tcPr>
            <w:tcW w:w="1171" w:type="dxa"/>
          </w:tcPr>
          <w:p w:rsidR="0043335E" w:rsidRDefault="00000000">
            <w:r>
              <w:rPr>
                <w:rFonts w:ascii="Times New Roman" w:eastAsia="Times New Roman" w:hAnsi="Times New Roman"/>
                <w:sz w:val="16"/>
              </w:rPr>
              <w:t>Tổ 10</w:t>
            </w:r>
          </w:p>
        </w:tc>
        <w:tc>
          <w:tcPr>
            <w:tcW w:w="1171" w:type="dxa"/>
          </w:tcPr>
          <w:p w:rsidR="0043335E" w:rsidRDefault="0043335E"/>
        </w:tc>
        <w:tc>
          <w:tcPr>
            <w:tcW w:w="1171" w:type="dxa"/>
          </w:tcPr>
          <w:p w:rsidR="0043335E" w:rsidRDefault="00000000">
            <w:r>
              <w:rPr>
                <w:rFonts w:ascii="Times New Roman" w:eastAsia="Times New Roman" w:hAnsi="Times New Roman"/>
                <w:sz w:val="16"/>
              </w:rPr>
              <w:t>12</w:t>
            </w:r>
          </w:p>
        </w:tc>
      </w:tr>
      <w:tr w:rsidR="0043335E">
        <w:tc>
          <w:tcPr>
            <w:tcW w:w="1171" w:type="dxa"/>
            <w:shd w:val="clear" w:color="auto" w:fill="FFF2CC"/>
          </w:tcPr>
          <w:p w:rsidR="0043335E" w:rsidRPr="00F06CCF" w:rsidRDefault="00F06CCF">
            <w:pPr>
              <w:rPr>
                <w:rFonts w:ascii="Times New Roman" w:hAnsi="Times New Roman" w:cs="Times New Roman"/>
                <w:sz w:val="16"/>
                <w:szCs w:val="16"/>
              </w:rPr>
            </w:pPr>
            <w:r w:rsidRPr="00F06CCF">
              <w:rPr>
                <w:rFonts w:ascii="Times New Roman" w:hAnsi="Times New Roman" w:cs="Times New Roman"/>
                <w:sz w:val="16"/>
                <w:szCs w:val="16"/>
              </w:rPr>
              <w:t>19</w:t>
            </w:r>
          </w:p>
        </w:tc>
        <w:tc>
          <w:tcPr>
            <w:tcW w:w="1171" w:type="dxa"/>
          </w:tcPr>
          <w:p w:rsidR="0043335E" w:rsidRDefault="00000000">
            <w:r>
              <w:rPr>
                <w:rFonts w:ascii="Times New Roman" w:eastAsia="Times New Roman" w:hAnsi="Times New Roman"/>
                <w:sz w:val="16"/>
              </w:rPr>
              <w:t>Dòng họ Đặng</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Đặng Thăng Long</w:t>
            </w:r>
          </w:p>
        </w:tc>
        <w:tc>
          <w:tcPr>
            <w:tcW w:w="1171" w:type="dxa"/>
          </w:tcPr>
          <w:p w:rsidR="0043335E" w:rsidRDefault="00000000">
            <w:r>
              <w:rPr>
                <w:rFonts w:ascii="Times New Roman" w:eastAsia="Times New Roman" w:hAnsi="Times New Roman"/>
                <w:sz w:val="16"/>
              </w:rPr>
              <w:t>Tổ 8</w:t>
            </w:r>
          </w:p>
        </w:tc>
        <w:tc>
          <w:tcPr>
            <w:tcW w:w="1171" w:type="dxa"/>
          </w:tcPr>
          <w:p w:rsidR="0043335E" w:rsidRDefault="00000000">
            <w:r>
              <w:rPr>
                <w:rFonts w:ascii="Times New Roman" w:eastAsia="Times New Roman" w:hAnsi="Times New Roman"/>
                <w:sz w:val="16"/>
              </w:rPr>
              <w:t>Ông Hiển</w:t>
            </w:r>
          </w:p>
        </w:tc>
        <w:tc>
          <w:tcPr>
            <w:tcW w:w="1171" w:type="dxa"/>
          </w:tcPr>
          <w:p w:rsidR="0043335E" w:rsidRDefault="00000000">
            <w:r>
              <w:rPr>
                <w:rFonts w:ascii="Times New Roman" w:eastAsia="Times New Roman" w:hAnsi="Times New Roman"/>
                <w:sz w:val="16"/>
              </w:rPr>
              <w:t>37</w:t>
            </w:r>
          </w:p>
        </w:tc>
      </w:tr>
      <w:tr w:rsidR="0043335E">
        <w:tc>
          <w:tcPr>
            <w:tcW w:w="1171" w:type="dxa"/>
            <w:shd w:val="clear" w:color="auto" w:fill="FFF2CC"/>
          </w:tcPr>
          <w:p w:rsidR="0043335E" w:rsidRDefault="00000000">
            <w:r>
              <w:rPr>
                <w:rFonts w:ascii="Times New Roman" w:eastAsia="Times New Roman" w:hAnsi="Times New Roman"/>
                <w:sz w:val="16"/>
              </w:rPr>
              <w:t>2</w:t>
            </w:r>
            <w:r w:rsidR="00F06CCF">
              <w:rPr>
                <w:rFonts w:ascii="Times New Roman" w:eastAsia="Times New Roman" w:hAnsi="Times New Roman"/>
                <w:sz w:val="16"/>
              </w:rPr>
              <w:t>0</w:t>
            </w:r>
          </w:p>
        </w:tc>
        <w:tc>
          <w:tcPr>
            <w:tcW w:w="1171" w:type="dxa"/>
          </w:tcPr>
          <w:p w:rsidR="0043335E" w:rsidRDefault="00000000">
            <w:r>
              <w:rPr>
                <w:rFonts w:ascii="Times New Roman" w:eastAsia="Times New Roman" w:hAnsi="Times New Roman"/>
                <w:sz w:val="16"/>
              </w:rPr>
              <w:t>Dòng họ Đinh Kim</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Chưa ghi</w:t>
            </w:r>
          </w:p>
        </w:tc>
        <w:tc>
          <w:tcPr>
            <w:tcW w:w="1171" w:type="dxa"/>
          </w:tcPr>
          <w:p w:rsidR="0043335E" w:rsidRDefault="00000000">
            <w:r>
              <w:rPr>
                <w:rFonts w:ascii="Times New Roman" w:eastAsia="Times New Roman" w:hAnsi="Times New Roman"/>
                <w:sz w:val="16"/>
              </w:rPr>
              <w:t>Đinh Kim Mẫn</w:t>
            </w:r>
          </w:p>
        </w:tc>
        <w:tc>
          <w:tcPr>
            <w:tcW w:w="1171" w:type="dxa"/>
          </w:tcPr>
          <w:p w:rsidR="0043335E" w:rsidRDefault="00000000">
            <w:r>
              <w:rPr>
                <w:rFonts w:ascii="Times New Roman" w:eastAsia="Times New Roman" w:hAnsi="Times New Roman"/>
                <w:sz w:val="16"/>
              </w:rPr>
              <w:t>Tổ 8</w:t>
            </w:r>
          </w:p>
        </w:tc>
        <w:tc>
          <w:tcPr>
            <w:tcW w:w="1171" w:type="dxa"/>
          </w:tcPr>
          <w:p w:rsidR="0043335E" w:rsidRDefault="0043335E"/>
        </w:tc>
        <w:tc>
          <w:tcPr>
            <w:tcW w:w="1171" w:type="dxa"/>
          </w:tcPr>
          <w:p w:rsidR="0043335E" w:rsidRDefault="00000000">
            <w:r>
              <w:rPr>
                <w:rFonts w:ascii="Times New Roman" w:eastAsia="Times New Roman" w:hAnsi="Times New Roman"/>
                <w:sz w:val="16"/>
              </w:rPr>
              <w:t>39</w:t>
            </w:r>
          </w:p>
        </w:tc>
      </w:tr>
    </w:tbl>
    <w:p w:rsidR="0043335E" w:rsidRDefault="00000000">
      <w:pPr>
        <w:spacing w:before="200"/>
      </w:pPr>
      <w:r>
        <w:rPr>
          <w:rFonts w:ascii="Times New Roman" w:eastAsia="Times New Roman" w:hAnsi="Times New Roman"/>
        </w:rPr>
        <w:t>Nhận xét: Sau bổ sung, bảng kê có 2</w:t>
      </w:r>
      <w:r w:rsidR="00F06CCF">
        <w:rPr>
          <w:rFonts w:ascii="Times New Roman" w:eastAsia="Times New Roman" w:hAnsi="Times New Roman"/>
        </w:rPr>
        <w:t>0</w:t>
      </w:r>
      <w:r>
        <w:rPr>
          <w:rFonts w:ascii="Times New Roman" w:eastAsia="Times New Roman" w:hAnsi="Times New Roman"/>
        </w:rPr>
        <w:t xml:space="preserve"> mục (12 gốc + </w:t>
      </w:r>
      <w:r w:rsidR="00F06CCF">
        <w:rPr>
          <w:rFonts w:ascii="Times New Roman" w:eastAsia="Times New Roman" w:hAnsi="Times New Roman"/>
        </w:rPr>
        <w:t>8</w:t>
      </w:r>
      <w:r>
        <w:rPr>
          <w:rFonts w:ascii="Times New Roman" w:eastAsia="Times New Roman" w:hAnsi="Times New Roman"/>
        </w:rPr>
        <w:t xml:space="preserve"> bổ sung). Các mục bổ sung cần tiếp tục thu thập số đời, niên đại, quy mô con cháu và địa chỉ chi tiết từ đại diện dòng họ. Hai nhánh Nguyễn Văn (Tu) và Nguyễn Văn (Hiền) được ghi là “chi bổ sung” để phân biệt với Nguyễn Văn Chi 1–3 trong bảng gốc.</w:t>
      </w:r>
    </w:p>
    <w:p w:rsidR="0043335E" w:rsidRDefault="00000000">
      <w:r>
        <w:rPr>
          <w:rFonts w:ascii="Times New Roman" w:eastAsia="Times New Roman" w:hAnsi="Times New Roman"/>
          <w:sz w:val="20"/>
        </w:rPr>
        <w:t>Nguồn: (1) Phụ lục bảng kê 12 dòng họ Phúc Xá - Bắc Biên do đại diện cộng đồng cung cấp; (2) Danh sách các dòng họ trong làng Phúc Xá — Tổ 8 &amp; Tổ 10 (dong-ho-to-8-10.json, trích từ ảnh bảng kê).</w:t>
      </w:r>
    </w:p>
    <w:sectPr w:rsidR="0043335E"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2228285">
    <w:abstractNumId w:val="8"/>
  </w:num>
  <w:num w:numId="2" w16cid:durableId="2088919043">
    <w:abstractNumId w:val="6"/>
  </w:num>
  <w:num w:numId="3" w16cid:durableId="546843040">
    <w:abstractNumId w:val="5"/>
  </w:num>
  <w:num w:numId="4" w16cid:durableId="382827360">
    <w:abstractNumId w:val="4"/>
  </w:num>
  <w:num w:numId="5" w16cid:durableId="824206546">
    <w:abstractNumId w:val="7"/>
  </w:num>
  <w:num w:numId="6" w16cid:durableId="1433353186">
    <w:abstractNumId w:val="3"/>
  </w:num>
  <w:num w:numId="7" w16cid:durableId="1175801069">
    <w:abstractNumId w:val="2"/>
  </w:num>
  <w:num w:numId="8" w16cid:durableId="820654955">
    <w:abstractNumId w:val="1"/>
  </w:num>
  <w:num w:numId="9" w16cid:durableId="1877497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35E"/>
    <w:rsid w:val="00AA1D8D"/>
    <w:rsid w:val="00B47730"/>
    <w:rsid w:val="00CB0664"/>
    <w:rsid w:val="00F06C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B261AF"/>
  <w14:defaultImageDpi w14:val="300"/>
  <w15:docId w15:val="{2EC43E9D-1A6A-CA4A-8D73-F99CB380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2026-09-16T04:46:00Z</dcterms:modified>
  <cp:category/>
</cp:coreProperties>
</file>